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3E94F" w14:textId="39283700" w:rsidR="00C20DAE" w:rsidRDefault="0023657B" w:rsidP="007338A8">
      <w:pPr>
        <w:spacing w:after="40"/>
        <w:jc w:val="center"/>
        <w:rPr>
          <w:b/>
          <w:sz w:val="24"/>
          <w:szCs w:val="24"/>
        </w:rPr>
      </w:pPr>
      <w:r w:rsidRPr="007338A8">
        <w:rPr>
          <w:b/>
          <w:sz w:val="24"/>
          <w:szCs w:val="24"/>
        </w:rPr>
        <w:t>TERMO DE CIÊNCIA DA OBRIGAÇÃO TRIBUTÁRIA</w:t>
      </w:r>
    </w:p>
    <w:p w14:paraId="3AABA910" w14:textId="77777777" w:rsidR="00992E87" w:rsidRPr="007338A8" w:rsidRDefault="00992E87" w:rsidP="007338A8">
      <w:pPr>
        <w:spacing w:after="40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84"/>
      </w:tblGrid>
      <w:tr w:rsidR="00C20DAE" w14:paraId="4265B883" w14:textId="77777777" w:rsidTr="00992E87">
        <w:trPr>
          <w:jc w:val="center"/>
        </w:trPr>
        <w:tc>
          <w:tcPr>
            <w:tcW w:w="1018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404040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7AE51BBA" w14:textId="77777777" w:rsidR="00C20DAE" w:rsidRDefault="0023657B">
            <w:pPr>
              <w:spacing w:after="0"/>
            </w:pPr>
            <w:r>
              <w:rPr>
                <w:b/>
                <w:color w:val="FFFFFF"/>
              </w:rPr>
              <w:t>1. IDENTIFICAÇÃO DA TRANSMISSÃO</w:t>
            </w:r>
          </w:p>
        </w:tc>
      </w:tr>
    </w:tbl>
    <w:p w14:paraId="536462DD" w14:textId="77777777" w:rsidR="00C20DAE" w:rsidRDefault="00C20DAE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973"/>
      </w:tblGrid>
      <w:tr w:rsidR="00C20DAE" w14:paraId="62B3A61A" w14:textId="77777777">
        <w:trPr>
          <w:jc w:val="center"/>
        </w:trPr>
        <w:tc>
          <w:tcPr>
            <w:tcW w:w="283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FAFB84" w14:textId="1DD32974" w:rsidR="00C20DAE" w:rsidRDefault="0023657B">
            <w:pPr>
              <w:spacing w:after="0" w:line="240" w:lineRule="auto"/>
            </w:pPr>
            <w:proofErr w:type="spellStart"/>
            <w:r>
              <w:rPr>
                <w:b/>
                <w:sz w:val="19"/>
              </w:rPr>
              <w:t>Declaração</w:t>
            </w:r>
            <w:proofErr w:type="spellEnd"/>
            <w:r>
              <w:rPr>
                <w:b/>
                <w:sz w:val="19"/>
              </w:rPr>
              <w:t xml:space="preserve"> de ITCMD </w:t>
            </w:r>
            <w:proofErr w:type="spellStart"/>
            <w:r w:rsidR="000768BA">
              <w:rPr>
                <w:b/>
                <w:sz w:val="19"/>
              </w:rPr>
              <w:t>Transmissão</w:t>
            </w:r>
            <w:proofErr w:type="spellEnd"/>
            <w:r w:rsidR="000768BA">
              <w:rPr>
                <w:b/>
                <w:sz w:val="19"/>
              </w:rPr>
              <w:t xml:space="preserve"> </w:t>
            </w:r>
            <w:proofErr w:type="spellStart"/>
            <w:r w:rsidR="000768BA">
              <w:rPr>
                <w:b/>
                <w:sz w:val="19"/>
              </w:rPr>
              <w:t>por</w:t>
            </w:r>
            <w:proofErr w:type="spellEnd"/>
            <w:r w:rsidR="000768BA">
              <w:rPr>
                <w:b/>
                <w:sz w:val="19"/>
              </w:rPr>
              <w:t xml:space="preserve"> </w:t>
            </w:r>
            <w:proofErr w:type="spellStart"/>
            <w:r w:rsidR="000768BA">
              <w:rPr>
                <w:b/>
                <w:sz w:val="19"/>
              </w:rPr>
              <w:t>Escritura</w:t>
            </w:r>
            <w:proofErr w:type="spellEnd"/>
            <w:r w:rsidR="000768BA">
              <w:rPr>
                <w:b/>
                <w:sz w:val="19"/>
              </w:rPr>
              <w:t xml:space="preserve"> Pública </w:t>
            </w:r>
            <w:r>
              <w:rPr>
                <w:b/>
                <w:sz w:val="19"/>
              </w:rPr>
              <w:t>nº</w:t>
            </w:r>
          </w:p>
        </w:tc>
        <w:tc>
          <w:tcPr>
            <w:tcW w:w="6973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7239DC" w14:textId="77777777" w:rsidR="006577E3" w:rsidRDefault="006577E3">
            <w:pPr>
              <w:spacing w:after="0" w:line="240" w:lineRule="auto"/>
              <w:rPr>
                <w:sz w:val="19"/>
              </w:rPr>
            </w:pPr>
          </w:p>
          <w:p w14:paraId="238FE793" w14:textId="4AE3CE68" w:rsidR="00C20DAE" w:rsidRDefault="0023657B">
            <w:pPr>
              <w:spacing w:after="0" w:line="240" w:lineRule="auto"/>
            </w:pPr>
            <w:r>
              <w:rPr>
                <w:sz w:val="19"/>
              </w:rPr>
              <w:t>______________________________________________________________</w:t>
            </w:r>
          </w:p>
        </w:tc>
      </w:tr>
      <w:tr w:rsidR="00C20DAE" w14:paraId="6B9F319A" w14:textId="77777777">
        <w:trPr>
          <w:jc w:val="center"/>
        </w:trPr>
        <w:tc>
          <w:tcPr>
            <w:tcW w:w="283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F81A06" w14:textId="4A26B243" w:rsidR="00C20DAE" w:rsidRDefault="000768BA">
            <w:pPr>
              <w:spacing w:after="0" w:line="240" w:lineRule="auto"/>
            </w:pPr>
            <w:r>
              <w:rPr>
                <w:b/>
                <w:sz w:val="19"/>
              </w:rPr>
              <w:t>A</w:t>
            </w:r>
            <w:r w:rsidR="0023657B">
              <w:rPr>
                <w:b/>
                <w:sz w:val="19"/>
              </w:rPr>
              <w:t xml:space="preserve">utor da </w:t>
            </w:r>
            <w:proofErr w:type="spellStart"/>
            <w:r w:rsidR="0023657B">
              <w:rPr>
                <w:b/>
                <w:sz w:val="19"/>
              </w:rPr>
              <w:t>herança</w:t>
            </w:r>
            <w:proofErr w:type="spellEnd"/>
          </w:p>
        </w:tc>
        <w:tc>
          <w:tcPr>
            <w:tcW w:w="6973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B843ED" w14:textId="77777777" w:rsidR="000768BA" w:rsidRDefault="000768BA">
            <w:pPr>
              <w:spacing w:after="0" w:line="240" w:lineRule="auto"/>
              <w:rPr>
                <w:sz w:val="19"/>
              </w:rPr>
            </w:pPr>
          </w:p>
          <w:p w14:paraId="690B2534" w14:textId="2BF59740" w:rsidR="00C20DAE" w:rsidRDefault="0023657B">
            <w:pPr>
              <w:spacing w:after="0" w:line="240" w:lineRule="auto"/>
            </w:pPr>
            <w:r>
              <w:rPr>
                <w:sz w:val="19"/>
              </w:rPr>
              <w:t>______________________________________________________________</w:t>
            </w:r>
          </w:p>
        </w:tc>
      </w:tr>
      <w:tr w:rsidR="00C20DAE" w14:paraId="314E0B6D" w14:textId="77777777">
        <w:trPr>
          <w:jc w:val="center"/>
        </w:trPr>
        <w:tc>
          <w:tcPr>
            <w:tcW w:w="283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3EC87F" w14:textId="2A958F72" w:rsidR="00C20DAE" w:rsidRDefault="000768BA">
            <w:pPr>
              <w:spacing w:after="0" w:line="240" w:lineRule="auto"/>
            </w:pPr>
            <w:r>
              <w:rPr>
                <w:b/>
                <w:sz w:val="19"/>
              </w:rPr>
              <w:t xml:space="preserve">CPF do </w:t>
            </w:r>
            <w:proofErr w:type="spellStart"/>
            <w:r>
              <w:rPr>
                <w:b/>
                <w:sz w:val="19"/>
              </w:rPr>
              <w:t>autor</w:t>
            </w:r>
            <w:proofErr w:type="spellEnd"/>
            <w:r>
              <w:rPr>
                <w:b/>
                <w:sz w:val="19"/>
              </w:rPr>
              <w:t xml:space="preserve"> da </w:t>
            </w:r>
            <w:proofErr w:type="spellStart"/>
            <w:r>
              <w:rPr>
                <w:b/>
                <w:sz w:val="19"/>
              </w:rPr>
              <w:t>herança</w:t>
            </w:r>
            <w:proofErr w:type="spellEnd"/>
          </w:p>
        </w:tc>
        <w:tc>
          <w:tcPr>
            <w:tcW w:w="6973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E32FDA" w14:textId="77777777" w:rsidR="000768BA" w:rsidRDefault="000768BA">
            <w:pPr>
              <w:spacing w:after="0" w:line="240" w:lineRule="auto"/>
              <w:rPr>
                <w:sz w:val="19"/>
              </w:rPr>
            </w:pPr>
          </w:p>
          <w:p w14:paraId="649E8B2C" w14:textId="43128E20" w:rsidR="00C20DAE" w:rsidRDefault="000768BA">
            <w:pPr>
              <w:spacing w:after="0" w:line="240" w:lineRule="auto"/>
            </w:pPr>
            <w:r>
              <w:rPr>
                <w:sz w:val="19"/>
              </w:rPr>
              <w:t>______________________________________________________________</w:t>
            </w:r>
          </w:p>
        </w:tc>
      </w:tr>
      <w:tr w:rsidR="00C20DAE" w14:paraId="2593FFB5" w14:textId="77777777">
        <w:trPr>
          <w:jc w:val="center"/>
        </w:trPr>
        <w:tc>
          <w:tcPr>
            <w:tcW w:w="283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19126B" w14:textId="5A0AAA6C" w:rsidR="00C20DAE" w:rsidRDefault="0023657B">
            <w:pPr>
              <w:spacing w:after="0" w:line="240" w:lineRule="auto"/>
            </w:pPr>
            <w:r>
              <w:rPr>
                <w:b/>
                <w:sz w:val="19"/>
              </w:rPr>
              <w:t xml:space="preserve">Data do </w:t>
            </w:r>
            <w:proofErr w:type="spellStart"/>
            <w:r w:rsidR="006358D6">
              <w:rPr>
                <w:b/>
                <w:sz w:val="19"/>
              </w:rPr>
              <w:t>óbito</w:t>
            </w:r>
            <w:proofErr w:type="spellEnd"/>
          </w:p>
        </w:tc>
        <w:tc>
          <w:tcPr>
            <w:tcW w:w="6973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E440BA" w14:textId="77777777" w:rsidR="00C20DAE" w:rsidRDefault="0023657B">
            <w:pPr>
              <w:spacing w:after="0" w:line="240" w:lineRule="auto"/>
            </w:pPr>
            <w:r>
              <w:rPr>
                <w:sz w:val="19"/>
              </w:rPr>
              <w:t>____ / ____ / ________</w:t>
            </w:r>
          </w:p>
        </w:tc>
      </w:tr>
      <w:tr w:rsidR="00C20DAE" w14:paraId="3F8073AF" w14:textId="77777777" w:rsidTr="006577E3">
        <w:trPr>
          <w:trHeight w:val="480"/>
          <w:jc w:val="center"/>
        </w:trPr>
        <w:tc>
          <w:tcPr>
            <w:tcW w:w="283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C577F4" w14:textId="0168200C" w:rsidR="00C20DAE" w:rsidRDefault="0023657B">
            <w:pPr>
              <w:spacing w:after="0" w:line="240" w:lineRule="auto"/>
            </w:pPr>
            <w:proofErr w:type="spellStart"/>
            <w:r>
              <w:rPr>
                <w:b/>
                <w:sz w:val="19"/>
              </w:rPr>
              <w:t>Cartório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responsável</w:t>
            </w:r>
            <w:proofErr w:type="spellEnd"/>
          </w:p>
        </w:tc>
        <w:tc>
          <w:tcPr>
            <w:tcW w:w="6973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C29807" w14:textId="77777777" w:rsidR="006577E3" w:rsidRDefault="006577E3">
            <w:pPr>
              <w:spacing w:after="0" w:line="240" w:lineRule="auto"/>
              <w:rPr>
                <w:sz w:val="19"/>
              </w:rPr>
            </w:pPr>
          </w:p>
          <w:p w14:paraId="6797A421" w14:textId="406967DE" w:rsidR="006577E3" w:rsidRPr="006577E3" w:rsidRDefault="0023657B">
            <w:pPr>
              <w:spacing w:after="0" w:line="240" w:lineRule="auto"/>
              <w:rPr>
                <w:sz w:val="19"/>
              </w:rPr>
            </w:pPr>
            <w:r>
              <w:rPr>
                <w:sz w:val="19"/>
              </w:rPr>
              <w:t>______________________________________________________________</w:t>
            </w:r>
          </w:p>
        </w:tc>
      </w:tr>
    </w:tbl>
    <w:p w14:paraId="3DE2D76B" w14:textId="77777777" w:rsidR="00C20DAE" w:rsidRDefault="00C20DAE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84"/>
      </w:tblGrid>
      <w:tr w:rsidR="00C20DAE" w14:paraId="3447C07A" w14:textId="77777777">
        <w:trPr>
          <w:jc w:val="center"/>
        </w:trPr>
        <w:tc>
          <w:tcPr>
            <w:tcW w:w="102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404040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426EEB5A" w14:textId="77777777" w:rsidR="00C20DAE" w:rsidRDefault="0023657B">
            <w:pPr>
              <w:spacing w:after="0"/>
            </w:pPr>
            <w:r>
              <w:rPr>
                <w:b/>
                <w:color w:val="FFFFFF"/>
              </w:rPr>
              <w:t>2. IDENTIFICAÇÃO DOS CONTRIBUINTES E/OU RESPONSÁVEIS TRIBUTÁRIOS</w:t>
            </w:r>
          </w:p>
        </w:tc>
      </w:tr>
    </w:tbl>
    <w:p w14:paraId="3FAFC78F" w14:textId="77777777" w:rsidR="00C20DAE" w:rsidRDefault="00C20DAE">
      <w:pPr>
        <w:spacing w:after="0"/>
      </w:pPr>
    </w:p>
    <w:p w14:paraId="55879E7A" w14:textId="77777777" w:rsidR="00C20DAE" w:rsidRDefault="0023657B">
      <w:proofErr w:type="spellStart"/>
      <w:r>
        <w:rPr>
          <w:i/>
          <w:color w:val="555555"/>
          <w:sz w:val="19"/>
        </w:rPr>
        <w:t>Indicar</w:t>
      </w:r>
      <w:proofErr w:type="spellEnd"/>
      <w:r>
        <w:rPr>
          <w:i/>
          <w:color w:val="555555"/>
          <w:sz w:val="19"/>
        </w:rPr>
        <w:t xml:space="preserve"> </w:t>
      </w:r>
      <w:proofErr w:type="spellStart"/>
      <w:r>
        <w:rPr>
          <w:i/>
          <w:color w:val="555555"/>
          <w:sz w:val="19"/>
        </w:rPr>
        <w:t>todos</w:t>
      </w:r>
      <w:proofErr w:type="spellEnd"/>
      <w:r>
        <w:rPr>
          <w:i/>
          <w:color w:val="555555"/>
          <w:sz w:val="19"/>
        </w:rPr>
        <w:t xml:space="preserve"> </w:t>
      </w:r>
      <w:proofErr w:type="spellStart"/>
      <w:r>
        <w:rPr>
          <w:i/>
          <w:color w:val="555555"/>
          <w:sz w:val="19"/>
        </w:rPr>
        <w:t>os</w:t>
      </w:r>
      <w:proofErr w:type="spellEnd"/>
      <w:r>
        <w:rPr>
          <w:i/>
          <w:color w:val="555555"/>
          <w:sz w:val="19"/>
        </w:rPr>
        <w:t xml:space="preserve"> </w:t>
      </w:r>
      <w:proofErr w:type="spellStart"/>
      <w:r>
        <w:rPr>
          <w:i/>
          <w:color w:val="555555"/>
          <w:sz w:val="19"/>
        </w:rPr>
        <w:t>contribuintes</w:t>
      </w:r>
      <w:proofErr w:type="spellEnd"/>
      <w:r>
        <w:rPr>
          <w:i/>
          <w:color w:val="555555"/>
          <w:sz w:val="19"/>
        </w:rPr>
        <w:t xml:space="preserve"> e/</w:t>
      </w:r>
      <w:proofErr w:type="spellStart"/>
      <w:r>
        <w:rPr>
          <w:i/>
          <w:color w:val="555555"/>
          <w:sz w:val="19"/>
        </w:rPr>
        <w:t>ou</w:t>
      </w:r>
      <w:proofErr w:type="spellEnd"/>
      <w:r>
        <w:rPr>
          <w:i/>
          <w:color w:val="555555"/>
          <w:sz w:val="19"/>
        </w:rPr>
        <w:t xml:space="preserve"> </w:t>
      </w:r>
      <w:proofErr w:type="spellStart"/>
      <w:r>
        <w:rPr>
          <w:i/>
          <w:color w:val="555555"/>
          <w:sz w:val="19"/>
        </w:rPr>
        <w:t>responsáveis</w:t>
      </w:r>
      <w:proofErr w:type="spellEnd"/>
      <w:r>
        <w:rPr>
          <w:i/>
          <w:color w:val="555555"/>
          <w:sz w:val="19"/>
        </w:rPr>
        <w:t xml:space="preserve"> </w:t>
      </w:r>
      <w:proofErr w:type="spellStart"/>
      <w:r>
        <w:rPr>
          <w:i/>
          <w:color w:val="555555"/>
          <w:sz w:val="19"/>
        </w:rPr>
        <w:t>vinculados</w:t>
      </w:r>
      <w:proofErr w:type="spellEnd"/>
      <w:r>
        <w:rPr>
          <w:i/>
          <w:color w:val="555555"/>
          <w:sz w:val="19"/>
        </w:rPr>
        <w:t xml:space="preserve"> à </w:t>
      </w:r>
      <w:proofErr w:type="spellStart"/>
      <w:r>
        <w:rPr>
          <w:i/>
          <w:color w:val="555555"/>
          <w:sz w:val="19"/>
        </w:rPr>
        <w:t>transmissão</w:t>
      </w:r>
      <w:proofErr w:type="spellEnd"/>
      <w:r>
        <w:rPr>
          <w:i/>
          <w:color w:val="555555"/>
          <w:sz w:val="19"/>
        </w:rPr>
        <w:t xml:space="preserve">, </w:t>
      </w:r>
      <w:proofErr w:type="spellStart"/>
      <w:r>
        <w:rPr>
          <w:i/>
          <w:color w:val="555555"/>
          <w:sz w:val="19"/>
        </w:rPr>
        <w:t>conforme</w:t>
      </w:r>
      <w:proofErr w:type="spellEnd"/>
      <w:r>
        <w:rPr>
          <w:i/>
          <w:color w:val="555555"/>
          <w:sz w:val="19"/>
        </w:rPr>
        <w:t xml:space="preserve"> o </w:t>
      </w:r>
      <w:proofErr w:type="spellStart"/>
      <w:r>
        <w:rPr>
          <w:i/>
          <w:color w:val="555555"/>
          <w:sz w:val="19"/>
        </w:rPr>
        <w:t>caso</w:t>
      </w:r>
      <w:proofErr w:type="spellEnd"/>
      <w:r>
        <w:rPr>
          <w:i/>
          <w:color w:val="555555"/>
          <w:sz w:val="19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1757"/>
        <w:gridCol w:w="3005"/>
        <w:gridCol w:w="1984"/>
      </w:tblGrid>
      <w:tr w:rsidR="00C20DAE" w14:paraId="4947F76B" w14:textId="77777777">
        <w:trPr>
          <w:tblHeader/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shd w:val="clear" w:color="auto" w:fill="D9E1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D78CE1" w14:textId="77777777" w:rsidR="00C20DAE" w:rsidRDefault="0023657B" w:rsidP="00BC0A28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 xml:space="preserve">Nome / </w:t>
            </w:r>
            <w:proofErr w:type="spellStart"/>
            <w:r>
              <w:rPr>
                <w:b/>
                <w:sz w:val="19"/>
              </w:rPr>
              <w:t>Razão</w:t>
            </w:r>
            <w:proofErr w:type="spellEnd"/>
            <w:r>
              <w:rPr>
                <w:b/>
                <w:sz w:val="19"/>
              </w:rPr>
              <w:t xml:space="preserve"> social</w:t>
            </w: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shd w:val="clear" w:color="auto" w:fill="D9E1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44766B" w14:textId="77777777" w:rsidR="00C20DAE" w:rsidRDefault="0023657B" w:rsidP="00BC0A28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CPF / CNPJ</w:t>
            </w: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shd w:val="clear" w:color="auto" w:fill="D9E1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7FC92D" w14:textId="77777777" w:rsidR="00C20DAE" w:rsidRDefault="0023657B" w:rsidP="00BC0A2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z w:val="19"/>
              </w:rPr>
              <w:t>Qualificação</w:t>
            </w:r>
            <w:proofErr w:type="spellEnd"/>
            <w:r>
              <w:rPr>
                <w:b/>
                <w:sz w:val="19"/>
              </w:rPr>
              <w:t xml:space="preserve"> na transmissão</w:t>
            </w: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shd w:val="clear" w:color="auto" w:fill="D9E1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55A92D" w14:textId="77777777" w:rsidR="00C20DAE" w:rsidRDefault="0023657B" w:rsidP="00BC0A28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z w:val="19"/>
              </w:rPr>
              <w:t>Contato</w:t>
            </w:r>
            <w:proofErr w:type="spellEnd"/>
          </w:p>
        </w:tc>
      </w:tr>
      <w:tr w:rsidR="00C20DAE" w14:paraId="12CE7ACD" w14:textId="77777777">
        <w:trPr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EB9611" w14:textId="77777777" w:rsidR="00C20DAE" w:rsidRDefault="00C20DAE">
            <w:pPr>
              <w:spacing w:after="0" w:line="240" w:lineRule="auto"/>
            </w:pP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E8EDFB" w14:textId="77777777" w:rsidR="00C20DAE" w:rsidRDefault="00C20DAE">
            <w:pPr>
              <w:spacing w:after="0" w:line="240" w:lineRule="auto"/>
            </w:pP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FE8DEC" w14:textId="77777777" w:rsidR="00C20DAE" w:rsidRDefault="00C20DAE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978B79" w14:textId="77777777" w:rsidR="00C20DAE" w:rsidRDefault="00C20DAE">
            <w:pPr>
              <w:spacing w:after="0" w:line="240" w:lineRule="auto"/>
            </w:pPr>
          </w:p>
        </w:tc>
      </w:tr>
      <w:tr w:rsidR="00C20DAE" w14:paraId="2B5973DE" w14:textId="77777777">
        <w:trPr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49B5C9" w14:textId="77777777" w:rsidR="00C20DAE" w:rsidRDefault="00C20DAE">
            <w:pPr>
              <w:spacing w:after="0" w:line="240" w:lineRule="auto"/>
            </w:pP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CF930C" w14:textId="77777777" w:rsidR="00C20DAE" w:rsidRDefault="00C20DAE">
            <w:pPr>
              <w:spacing w:after="0" w:line="240" w:lineRule="auto"/>
            </w:pP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490196" w14:textId="77777777" w:rsidR="00C20DAE" w:rsidRDefault="00C20DAE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CEA33E" w14:textId="77777777" w:rsidR="00C20DAE" w:rsidRDefault="00C20DAE">
            <w:pPr>
              <w:spacing w:after="0" w:line="240" w:lineRule="auto"/>
            </w:pPr>
          </w:p>
        </w:tc>
      </w:tr>
      <w:tr w:rsidR="00C20DAE" w14:paraId="5C44FB3F" w14:textId="77777777">
        <w:trPr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BEC652" w14:textId="77777777" w:rsidR="00C20DAE" w:rsidRDefault="00C20DAE">
            <w:pPr>
              <w:spacing w:after="0" w:line="240" w:lineRule="auto"/>
            </w:pP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CAF3E2" w14:textId="77777777" w:rsidR="00C20DAE" w:rsidRDefault="00C20DAE">
            <w:pPr>
              <w:spacing w:after="0" w:line="240" w:lineRule="auto"/>
            </w:pP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FAF281" w14:textId="77777777" w:rsidR="00C20DAE" w:rsidRDefault="00C20DAE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360AB1" w14:textId="77777777" w:rsidR="00C20DAE" w:rsidRDefault="00C20DAE">
            <w:pPr>
              <w:spacing w:after="0" w:line="240" w:lineRule="auto"/>
            </w:pPr>
          </w:p>
        </w:tc>
      </w:tr>
      <w:tr w:rsidR="00C20DAE" w14:paraId="0A8954F2" w14:textId="77777777">
        <w:trPr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677CA5" w14:textId="77777777" w:rsidR="00C20DAE" w:rsidRDefault="00C20DAE">
            <w:pPr>
              <w:spacing w:after="0" w:line="240" w:lineRule="auto"/>
            </w:pP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25C132" w14:textId="77777777" w:rsidR="00C20DAE" w:rsidRDefault="00C20DAE">
            <w:pPr>
              <w:spacing w:after="0" w:line="240" w:lineRule="auto"/>
            </w:pP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7193A6" w14:textId="77777777" w:rsidR="00C20DAE" w:rsidRDefault="00C20DAE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3A2425" w14:textId="77777777" w:rsidR="00C20DAE" w:rsidRDefault="00C20DAE">
            <w:pPr>
              <w:spacing w:after="0" w:line="240" w:lineRule="auto"/>
            </w:pPr>
          </w:p>
        </w:tc>
      </w:tr>
      <w:tr w:rsidR="00CF54AC" w14:paraId="2E217D65" w14:textId="77777777">
        <w:trPr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337A76" w14:textId="77777777" w:rsidR="00CF54AC" w:rsidRDefault="00CF54AC">
            <w:pPr>
              <w:spacing w:after="0" w:line="240" w:lineRule="auto"/>
            </w:pP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EDDC47" w14:textId="77777777" w:rsidR="00CF54AC" w:rsidRDefault="00CF54AC">
            <w:pPr>
              <w:spacing w:after="0" w:line="240" w:lineRule="auto"/>
            </w:pP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2880B5" w14:textId="77777777" w:rsidR="00CF54AC" w:rsidRDefault="00CF54AC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DE95B2" w14:textId="77777777" w:rsidR="00CF54AC" w:rsidRDefault="00CF54AC">
            <w:pPr>
              <w:spacing w:after="0" w:line="240" w:lineRule="auto"/>
            </w:pPr>
          </w:p>
        </w:tc>
      </w:tr>
      <w:tr w:rsidR="000768BA" w14:paraId="05976C6E" w14:textId="77777777">
        <w:trPr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4B3A1F" w14:textId="77777777" w:rsidR="000768BA" w:rsidRDefault="000768BA">
            <w:pPr>
              <w:spacing w:after="0" w:line="240" w:lineRule="auto"/>
            </w:pP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018974" w14:textId="77777777" w:rsidR="000768BA" w:rsidRDefault="000768BA">
            <w:pPr>
              <w:spacing w:after="0" w:line="240" w:lineRule="auto"/>
            </w:pP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033150" w14:textId="77777777" w:rsidR="000768BA" w:rsidRDefault="000768BA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877B71" w14:textId="77777777" w:rsidR="000768BA" w:rsidRDefault="000768BA">
            <w:pPr>
              <w:spacing w:after="0" w:line="240" w:lineRule="auto"/>
            </w:pPr>
          </w:p>
        </w:tc>
      </w:tr>
      <w:tr w:rsidR="000768BA" w14:paraId="627B6665" w14:textId="77777777">
        <w:trPr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276B4A" w14:textId="77777777" w:rsidR="000768BA" w:rsidRDefault="000768BA">
            <w:pPr>
              <w:spacing w:after="0" w:line="240" w:lineRule="auto"/>
            </w:pP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4BB99F" w14:textId="77777777" w:rsidR="000768BA" w:rsidRDefault="000768BA">
            <w:pPr>
              <w:spacing w:after="0" w:line="240" w:lineRule="auto"/>
            </w:pP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1CC408" w14:textId="77777777" w:rsidR="000768BA" w:rsidRDefault="000768BA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993461" w14:textId="77777777" w:rsidR="000768BA" w:rsidRDefault="000768BA">
            <w:pPr>
              <w:spacing w:after="0" w:line="240" w:lineRule="auto"/>
            </w:pPr>
          </w:p>
        </w:tc>
      </w:tr>
      <w:tr w:rsidR="000768BA" w14:paraId="32E188C8" w14:textId="77777777">
        <w:trPr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1425F5" w14:textId="77777777" w:rsidR="000768BA" w:rsidRDefault="000768BA">
            <w:pPr>
              <w:spacing w:after="0" w:line="240" w:lineRule="auto"/>
            </w:pP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00E5BF" w14:textId="77777777" w:rsidR="000768BA" w:rsidRDefault="000768BA">
            <w:pPr>
              <w:spacing w:after="0" w:line="240" w:lineRule="auto"/>
            </w:pP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7A9DA3" w14:textId="77777777" w:rsidR="000768BA" w:rsidRDefault="000768BA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FE5A78" w14:textId="77777777" w:rsidR="000768BA" w:rsidRDefault="000768BA">
            <w:pPr>
              <w:spacing w:after="0" w:line="240" w:lineRule="auto"/>
            </w:pPr>
          </w:p>
        </w:tc>
      </w:tr>
      <w:tr w:rsidR="000768BA" w14:paraId="198D5C60" w14:textId="77777777">
        <w:trPr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9029A5" w14:textId="77777777" w:rsidR="000768BA" w:rsidRDefault="000768BA">
            <w:pPr>
              <w:spacing w:after="0" w:line="240" w:lineRule="auto"/>
            </w:pP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9A7A94" w14:textId="77777777" w:rsidR="000768BA" w:rsidRDefault="000768BA">
            <w:pPr>
              <w:spacing w:after="0" w:line="240" w:lineRule="auto"/>
            </w:pP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5D5F39" w14:textId="77777777" w:rsidR="000768BA" w:rsidRDefault="000768BA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1AF749" w14:textId="77777777" w:rsidR="000768BA" w:rsidRDefault="000768BA">
            <w:pPr>
              <w:spacing w:after="0" w:line="240" w:lineRule="auto"/>
            </w:pPr>
          </w:p>
        </w:tc>
      </w:tr>
      <w:tr w:rsidR="000768BA" w14:paraId="4157055B" w14:textId="77777777">
        <w:trPr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1D92D5" w14:textId="77777777" w:rsidR="000768BA" w:rsidRDefault="000768BA">
            <w:pPr>
              <w:spacing w:after="0" w:line="240" w:lineRule="auto"/>
            </w:pP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96EBEB" w14:textId="77777777" w:rsidR="000768BA" w:rsidRDefault="000768BA">
            <w:pPr>
              <w:spacing w:after="0" w:line="240" w:lineRule="auto"/>
            </w:pP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E5577D" w14:textId="77777777" w:rsidR="000768BA" w:rsidRDefault="000768BA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5A03F8" w14:textId="77777777" w:rsidR="000768BA" w:rsidRDefault="000768BA">
            <w:pPr>
              <w:spacing w:after="0" w:line="240" w:lineRule="auto"/>
            </w:pPr>
          </w:p>
        </w:tc>
      </w:tr>
      <w:tr w:rsidR="000768BA" w14:paraId="5D2E2336" w14:textId="77777777">
        <w:trPr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7539BE" w14:textId="77777777" w:rsidR="000768BA" w:rsidRDefault="000768BA">
            <w:pPr>
              <w:spacing w:after="0" w:line="240" w:lineRule="auto"/>
            </w:pP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350504" w14:textId="77777777" w:rsidR="000768BA" w:rsidRDefault="000768BA">
            <w:pPr>
              <w:spacing w:after="0" w:line="240" w:lineRule="auto"/>
            </w:pP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0E3FDF" w14:textId="77777777" w:rsidR="000768BA" w:rsidRDefault="000768BA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B52A8C" w14:textId="77777777" w:rsidR="000768BA" w:rsidRDefault="000768BA">
            <w:pPr>
              <w:spacing w:after="0" w:line="240" w:lineRule="auto"/>
            </w:pPr>
          </w:p>
        </w:tc>
      </w:tr>
      <w:tr w:rsidR="000768BA" w14:paraId="15121219" w14:textId="77777777">
        <w:trPr>
          <w:jc w:val="center"/>
        </w:trPr>
        <w:tc>
          <w:tcPr>
            <w:tcW w:w="3061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09AD1A" w14:textId="77777777" w:rsidR="000768BA" w:rsidRDefault="000768BA">
            <w:pPr>
              <w:spacing w:after="0" w:line="240" w:lineRule="auto"/>
            </w:pPr>
          </w:p>
        </w:tc>
        <w:tc>
          <w:tcPr>
            <w:tcW w:w="1757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429A28" w14:textId="77777777" w:rsidR="000768BA" w:rsidRDefault="000768BA">
            <w:pPr>
              <w:spacing w:after="0" w:line="240" w:lineRule="auto"/>
            </w:pPr>
          </w:p>
        </w:tc>
        <w:tc>
          <w:tcPr>
            <w:tcW w:w="3005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20D6F5" w14:textId="77777777" w:rsidR="000768BA" w:rsidRDefault="000768BA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E35A76" w14:textId="77777777" w:rsidR="000768BA" w:rsidRDefault="000768BA">
            <w:pPr>
              <w:spacing w:after="0" w:line="240" w:lineRule="auto"/>
            </w:pPr>
          </w:p>
        </w:tc>
      </w:tr>
    </w:tbl>
    <w:p w14:paraId="518C6F8D" w14:textId="77777777" w:rsidR="00C20DAE" w:rsidRDefault="00C20DAE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84"/>
      </w:tblGrid>
      <w:tr w:rsidR="00C20DAE" w14:paraId="0860E7AB" w14:textId="77777777">
        <w:trPr>
          <w:jc w:val="center"/>
        </w:trPr>
        <w:tc>
          <w:tcPr>
            <w:tcW w:w="102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404040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3A05170" w14:textId="77777777" w:rsidR="00C20DAE" w:rsidRDefault="0023657B">
            <w:pPr>
              <w:spacing w:after="0"/>
            </w:pPr>
            <w:r>
              <w:rPr>
                <w:b/>
                <w:color w:val="FFFFFF"/>
              </w:rPr>
              <w:lastRenderedPageBreak/>
              <w:t>3. BENS, DIREITOS E BASES DE CÁLCULO DECLARADAS</w:t>
            </w:r>
          </w:p>
        </w:tc>
      </w:tr>
    </w:tbl>
    <w:p w14:paraId="08A44485" w14:textId="77777777" w:rsidR="00C20DAE" w:rsidRDefault="00C20DAE">
      <w:pPr>
        <w:spacing w:after="0"/>
      </w:pPr>
    </w:p>
    <w:p w14:paraId="20E55B0A" w14:textId="77777777" w:rsidR="00C20DAE" w:rsidRDefault="0023657B">
      <w:pPr>
        <w:spacing w:after="100" w:line="259" w:lineRule="auto"/>
        <w:jc w:val="both"/>
      </w:pPr>
      <w:proofErr w:type="spellStart"/>
      <w:r>
        <w:t>Os</w:t>
      </w:r>
      <w:proofErr w:type="spellEnd"/>
      <w:r>
        <w:t xml:space="preserve"> </w:t>
      </w:r>
      <w:proofErr w:type="spellStart"/>
      <w:r>
        <w:t>contribuintes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responsáveis</w:t>
      </w:r>
      <w:proofErr w:type="spellEnd"/>
      <w:r>
        <w:t xml:space="preserve"> </w:t>
      </w:r>
      <w:proofErr w:type="spellStart"/>
      <w:r>
        <w:t>declaram</w:t>
      </w:r>
      <w:proofErr w:type="spellEnd"/>
      <w:r>
        <w:t xml:space="preserve"> ter </w:t>
      </w:r>
      <w:proofErr w:type="spellStart"/>
      <w:r>
        <w:t>ciência</w:t>
      </w:r>
      <w:proofErr w:type="spellEnd"/>
      <w:r>
        <w:t xml:space="preserve"> dos bens e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objeto</w:t>
      </w:r>
      <w:proofErr w:type="spellEnd"/>
      <w:r>
        <w:t xml:space="preserve"> da </w:t>
      </w:r>
      <w:proofErr w:type="spellStart"/>
      <w:r>
        <w:t>transmissão</w:t>
      </w:r>
      <w:proofErr w:type="spellEnd"/>
      <w:r>
        <w:t xml:space="preserve">, das </w:t>
      </w:r>
      <w:proofErr w:type="spellStart"/>
      <w:r>
        <w:t>respectivas</w:t>
      </w:r>
      <w:proofErr w:type="spellEnd"/>
      <w:r>
        <w:t xml:space="preserve"> bases de </w:t>
      </w:r>
      <w:proofErr w:type="spellStart"/>
      <w:r>
        <w:t>cálculo</w:t>
      </w:r>
      <w:proofErr w:type="spellEnd"/>
      <w:r>
        <w:t xml:space="preserve"> e dos </w:t>
      </w:r>
      <w:proofErr w:type="spellStart"/>
      <w:r>
        <w:t>valores</w:t>
      </w:r>
      <w:proofErr w:type="spellEnd"/>
      <w:r>
        <w:t xml:space="preserve"> </w:t>
      </w:r>
      <w:proofErr w:type="spellStart"/>
      <w:r>
        <w:t>informados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Declaração</w:t>
      </w:r>
      <w:proofErr w:type="spellEnd"/>
      <w:r>
        <w:t xml:space="preserve"> de ITCMD, </w:t>
      </w:r>
      <w:proofErr w:type="spellStart"/>
      <w:r>
        <w:t>nos</w:t>
      </w:r>
      <w:proofErr w:type="spellEnd"/>
      <w:r>
        <w:t xml:space="preserve"> </w:t>
      </w:r>
      <w:proofErr w:type="spellStart"/>
      <w:r>
        <w:t>termos</w:t>
      </w:r>
      <w:proofErr w:type="spellEnd"/>
      <w:r>
        <w:t xml:space="preserve"> da Lei Estadual nº 10.705/2000 e da </w:t>
      </w:r>
      <w:proofErr w:type="spellStart"/>
      <w:r>
        <w:t>legislação</w:t>
      </w:r>
      <w:proofErr w:type="spellEnd"/>
      <w:r>
        <w:t xml:space="preserve"> </w:t>
      </w:r>
      <w:proofErr w:type="spellStart"/>
      <w:r>
        <w:t>aplicável</w:t>
      </w:r>
      <w:proofErr w:type="spellEnd"/>
      <w:r>
        <w:t>.</w:t>
      </w:r>
    </w:p>
    <w:p w14:paraId="52C76CD6" w14:textId="77777777" w:rsidR="00CF54AC" w:rsidRDefault="00CF54AC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84"/>
      </w:tblGrid>
      <w:tr w:rsidR="00C20DAE" w14:paraId="4AD681B8" w14:textId="77777777">
        <w:trPr>
          <w:jc w:val="center"/>
        </w:trPr>
        <w:tc>
          <w:tcPr>
            <w:tcW w:w="102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404040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EDE224C" w14:textId="77777777" w:rsidR="00C20DAE" w:rsidRDefault="0023657B">
            <w:pPr>
              <w:spacing w:after="0"/>
            </w:pPr>
            <w:r>
              <w:rPr>
                <w:b/>
                <w:color w:val="FFFFFF"/>
              </w:rPr>
              <w:t>4. CIÊNCIA DA OBRIGAÇÃO TRIBUTÁRIA E INTIMAÇÃO</w:t>
            </w:r>
          </w:p>
        </w:tc>
      </w:tr>
    </w:tbl>
    <w:p w14:paraId="223B4DF5" w14:textId="77777777" w:rsidR="00C20DAE" w:rsidRDefault="00C20DAE">
      <w:pPr>
        <w:spacing w:after="0"/>
      </w:pPr>
    </w:p>
    <w:p w14:paraId="582A68E0" w14:textId="77777777" w:rsidR="00C20DAE" w:rsidRDefault="0023657B">
      <w:pPr>
        <w:keepLines/>
        <w:spacing w:after="100" w:line="259" w:lineRule="auto"/>
        <w:jc w:val="both"/>
      </w:pPr>
      <w:r>
        <w:rPr>
          <w:b/>
        </w:rPr>
        <w:t xml:space="preserve">4.1. </w:t>
      </w:r>
      <w:proofErr w:type="spellStart"/>
      <w:r>
        <w:t>Os</w:t>
      </w:r>
      <w:proofErr w:type="spellEnd"/>
      <w:r>
        <w:t xml:space="preserve"> </w:t>
      </w:r>
      <w:proofErr w:type="spellStart"/>
      <w:r>
        <w:t>contribuintes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responsáveis</w:t>
      </w:r>
      <w:proofErr w:type="spellEnd"/>
      <w:r>
        <w:t xml:space="preserve"> </w:t>
      </w:r>
      <w:proofErr w:type="spellStart"/>
      <w:r>
        <w:t>declaram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receberam</w:t>
      </w:r>
      <w:proofErr w:type="spellEnd"/>
      <w:r>
        <w:t xml:space="preserve"> </w:t>
      </w:r>
      <w:proofErr w:type="spellStart"/>
      <w:r>
        <w:t>informação</w:t>
      </w:r>
      <w:proofErr w:type="spellEnd"/>
      <w:r>
        <w:t xml:space="preserve"> </w:t>
      </w:r>
      <w:proofErr w:type="spellStart"/>
      <w:r>
        <w:t>suficiente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a </w:t>
      </w:r>
      <w:proofErr w:type="spellStart"/>
      <w:r>
        <w:t>obrigação</w:t>
      </w:r>
      <w:proofErr w:type="spellEnd"/>
      <w:r>
        <w:t xml:space="preserve"> </w:t>
      </w:r>
      <w:proofErr w:type="spellStart"/>
      <w:r>
        <w:t>tributária</w:t>
      </w:r>
      <w:proofErr w:type="spellEnd"/>
      <w:r>
        <w:t xml:space="preserve"> principal e </w:t>
      </w:r>
      <w:proofErr w:type="spellStart"/>
      <w:r>
        <w:t>acessória</w:t>
      </w:r>
      <w:proofErr w:type="spellEnd"/>
      <w:r>
        <w:t xml:space="preserve"> </w:t>
      </w:r>
      <w:proofErr w:type="spellStart"/>
      <w:r>
        <w:t>relacionada</w:t>
      </w:r>
      <w:proofErr w:type="spellEnd"/>
      <w:r>
        <w:t xml:space="preserve"> à </w:t>
      </w:r>
      <w:proofErr w:type="spellStart"/>
      <w:r>
        <w:t>transmissão</w:t>
      </w:r>
      <w:proofErr w:type="spellEnd"/>
      <w:r>
        <w:t xml:space="preserve">, inclusive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bens e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declarados</w:t>
      </w:r>
      <w:proofErr w:type="spellEnd"/>
      <w:r>
        <w:t xml:space="preserve">, </w:t>
      </w:r>
      <w:proofErr w:type="spellStart"/>
      <w:r>
        <w:t>às</w:t>
      </w:r>
      <w:proofErr w:type="spellEnd"/>
      <w:r>
        <w:t xml:space="preserve"> bases de </w:t>
      </w:r>
      <w:proofErr w:type="spellStart"/>
      <w:r>
        <w:t>cálculo</w:t>
      </w:r>
      <w:proofErr w:type="spellEnd"/>
      <w:r>
        <w:t xml:space="preserve">, </w:t>
      </w:r>
      <w:proofErr w:type="spellStart"/>
      <w:r>
        <w:t>ao</w:t>
      </w:r>
      <w:proofErr w:type="spellEnd"/>
      <w:r>
        <w:t xml:space="preserve"> </w:t>
      </w:r>
      <w:proofErr w:type="spellStart"/>
      <w:r>
        <w:t>imposto</w:t>
      </w:r>
      <w:proofErr w:type="spellEnd"/>
      <w:r>
        <w:t xml:space="preserve"> </w:t>
      </w:r>
      <w:proofErr w:type="spellStart"/>
      <w:r>
        <w:t>apurado</w:t>
      </w:r>
      <w:proofErr w:type="spellEnd"/>
      <w:r>
        <w:t xml:space="preserve"> e </w:t>
      </w:r>
      <w:proofErr w:type="spellStart"/>
      <w:r>
        <w:t>aos</w:t>
      </w:r>
      <w:proofErr w:type="spellEnd"/>
      <w:r>
        <w:t xml:space="preserve"> </w:t>
      </w:r>
      <w:proofErr w:type="spellStart"/>
      <w:r>
        <w:t>prazos</w:t>
      </w:r>
      <w:proofErr w:type="spellEnd"/>
      <w:r>
        <w:t xml:space="preserve"> </w:t>
      </w:r>
      <w:proofErr w:type="spellStart"/>
      <w:r>
        <w:t>aplicáveis</w:t>
      </w:r>
      <w:proofErr w:type="spellEnd"/>
      <w:r>
        <w:t>.</w:t>
      </w:r>
    </w:p>
    <w:p w14:paraId="6E062E0B" w14:textId="37EBAF8F" w:rsidR="00C20DAE" w:rsidRDefault="0023657B">
      <w:pPr>
        <w:keepLines/>
        <w:spacing w:after="100" w:line="259" w:lineRule="auto"/>
        <w:jc w:val="both"/>
      </w:pPr>
      <w:r>
        <w:rPr>
          <w:b/>
        </w:rPr>
        <w:t xml:space="preserve">4.2. </w:t>
      </w:r>
      <w:r>
        <w:t xml:space="preserve">Quando </w:t>
      </w:r>
      <w:r w:rsidR="000650A5">
        <w:t xml:space="preserve">o </w:t>
      </w:r>
      <w:proofErr w:type="spellStart"/>
      <w:r w:rsidR="000650A5">
        <w:t>ato</w:t>
      </w:r>
      <w:proofErr w:type="spellEnd"/>
      <w:r w:rsidR="000650A5">
        <w:t xml:space="preserve"> de</w:t>
      </w:r>
      <w:r>
        <w:t xml:space="preserve"> </w:t>
      </w:r>
      <w:proofErr w:type="spellStart"/>
      <w:r>
        <w:t>lavratura</w:t>
      </w:r>
      <w:proofErr w:type="spellEnd"/>
      <w:r>
        <w:t xml:space="preserve"> de</w:t>
      </w:r>
      <w:r w:rsidR="000650A5">
        <w:t xml:space="preserve"> </w:t>
      </w:r>
      <w:proofErr w:type="spellStart"/>
      <w:r w:rsidR="000650A5">
        <w:t>escritura</w:t>
      </w:r>
      <w:proofErr w:type="spellEnd"/>
      <w:r w:rsidR="000650A5">
        <w:t xml:space="preserve"> </w:t>
      </w:r>
      <w:proofErr w:type="spellStart"/>
      <w:r w:rsidR="000650A5">
        <w:t>pública</w:t>
      </w:r>
      <w:proofErr w:type="spellEnd"/>
      <w:r w:rsidR="000650A5">
        <w:t xml:space="preserve"> de </w:t>
      </w:r>
      <w:proofErr w:type="spellStart"/>
      <w:r w:rsidR="000650A5">
        <w:t>inventário</w:t>
      </w:r>
      <w:proofErr w:type="spellEnd"/>
      <w:r w:rsidR="000650A5">
        <w:t xml:space="preserve"> </w:t>
      </w:r>
      <w:r>
        <w:t xml:space="preserve">for </w:t>
      </w:r>
      <w:proofErr w:type="spellStart"/>
      <w:r>
        <w:t>praticado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a </w:t>
      </w:r>
      <w:proofErr w:type="spellStart"/>
      <w:r>
        <w:t>prévia</w:t>
      </w:r>
      <w:proofErr w:type="spellEnd"/>
      <w:r>
        <w:t xml:space="preserve"> </w:t>
      </w:r>
      <w:proofErr w:type="spellStart"/>
      <w:r>
        <w:t>comprovação</w:t>
      </w:r>
      <w:proofErr w:type="spellEnd"/>
      <w:r>
        <w:t xml:space="preserve"> do </w:t>
      </w:r>
      <w:proofErr w:type="spellStart"/>
      <w:r>
        <w:t>recolhimento</w:t>
      </w:r>
      <w:proofErr w:type="spellEnd"/>
      <w:r>
        <w:t xml:space="preserve"> do ITCMD, </w:t>
      </w:r>
      <w:proofErr w:type="spellStart"/>
      <w:r w:rsidR="00483DF7">
        <w:t>consoante</w:t>
      </w:r>
      <w:proofErr w:type="spellEnd"/>
      <w:r w:rsidR="00483DF7">
        <w:t xml:space="preserve"> </w:t>
      </w:r>
      <w:proofErr w:type="spellStart"/>
      <w:r w:rsidR="00483DF7">
        <w:t>Resolução</w:t>
      </w:r>
      <w:proofErr w:type="spellEnd"/>
      <w:r w:rsidR="00483DF7">
        <w:t xml:space="preserve"> CNJ nº 695/</w:t>
      </w:r>
      <w:r w:rsidR="000650A5">
        <w:t>20</w:t>
      </w:r>
      <w:r w:rsidR="00483DF7">
        <w:t xml:space="preserve">26, </w:t>
      </w:r>
      <w:proofErr w:type="spellStart"/>
      <w:r>
        <w:t>os</w:t>
      </w:r>
      <w:proofErr w:type="spellEnd"/>
      <w:r>
        <w:t xml:space="preserve"> </w:t>
      </w:r>
      <w:proofErr w:type="spellStart"/>
      <w:r>
        <w:t>signatários</w:t>
      </w:r>
      <w:proofErr w:type="spellEnd"/>
      <w:r>
        <w:t xml:space="preserve"> </w:t>
      </w:r>
      <w:proofErr w:type="spellStart"/>
      <w:r>
        <w:t>declaram</w:t>
      </w:r>
      <w:proofErr w:type="spellEnd"/>
      <w:r>
        <w:t xml:space="preserve"> </w:t>
      </w:r>
      <w:proofErr w:type="spellStart"/>
      <w:r>
        <w:t>ciência</w:t>
      </w:r>
      <w:proofErr w:type="spellEnd"/>
      <w:r>
        <w:t xml:space="preserve"> de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essa</w:t>
      </w:r>
      <w:proofErr w:type="spellEnd"/>
      <w:r>
        <w:t xml:space="preserve"> </w:t>
      </w:r>
      <w:proofErr w:type="spellStart"/>
      <w:r>
        <w:t>circunstância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extingue</w:t>
      </w:r>
      <w:proofErr w:type="spellEnd"/>
      <w:r>
        <w:t xml:space="preserve">, </w:t>
      </w:r>
      <w:proofErr w:type="spellStart"/>
      <w:r>
        <w:t>suspende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afasta</w:t>
      </w:r>
      <w:proofErr w:type="spellEnd"/>
      <w:r>
        <w:t xml:space="preserve"> a </w:t>
      </w:r>
      <w:proofErr w:type="spellStart"/>
      <w:r>
        <w:t>obrigação</w:t>
      </w:r>
      <w:proofErr w:type="spellEnd"/>
      <w:r>
        <w:t xml:space="preserve"> </w:t>
      </w:r>
      <w:proofErr w:type="spellStart"/>
      <w:r>
        <w:t>tributária</w:t>
      </w:r>
      <w:proofErr w:type="spellEnd"/>
      <w:r>
        <w:t xml:space="preserve"> nem impede </w:t>
      </w:r>
      <w:proofErr w:type="spellStart"/>
      <w:r>
        <w:t>sua</w:t>
      </w:r>
      <w:proofErr w:type="spellEnd"/>
      <w:r>
        <w:t xml:space="preserve"> posterior </w:t>
      </w:r>
      <w:proofErr w:type="spellStart"/>
      <w:r>
        <w:t>revisão</w:t>
      </w:r>
      <w:proofErr w:type="spellEnd"/>
      <w:r>
        <w:t xml:space="preserve"> pela </w:t>
      </w:r>
      <w:proofErr w:type="spellStart"/>
      <w:r>
        <w:t>Administração</w:t>
      </w:r>
      <w:proofErr w:type="spellEnd"/>
      <w:r>
        <w:t xml:space="preserve"> </w:t>
      </w:r>
      <w:proofErr w:type="spellStart"/>
      <w:r>
        <w:t>Tributária</w:t>
      </w:r>
      <w:proofErr w:type="spellEnd"/>
      <w:r>
        <w:t>.</w:t>
      </w:r>
    </w:p>
    <w:p w14:paraId="7E213F93" w14:textId="77777777" w:rsidR="00C20DAE" w:rsidRDefault="0023657B">
      <w:pPr>
        <w:keepLines/>
        <w:spacing w:after="100" w:line="259" w:lineRule="auto"/>
        <w:jc w:val="both"/>
      </w:pPr>
      <w:r>
        <w:rPr>
          <w:b/>
        </w:rPr>
        <w:t xml:space="preserve">4.3. </w:t>
      </w:r>
      <w:r>
        <w:t xml:space="preserve">A </w:t>
      </w:r>
      <w:proofErr w:type="spellStart"/>
      <w:r>
        <w:t>assinatura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</w:t>
      </w:r>
      <w:proofErr w:type="spellStart"/>
      <w:r>
        <w:t>Termo</w:t>
      </w:r>
      <w:proofErr w:type="spellEnd"/>
      <w:r>
        <w:t xml:space="preserve"> vale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ciência</w:t>
      </w:r>
      <w:proofErr w:type="spellEnd"/>
      <w:r>
        <w:t xml:space="preserve"> </w:t>
      </w:r>
      <w:proofErr w:type="spellStart"/>
      <w:r>
        <w:t>pessoal</w:t>
      </w:r>
      <w:proofErr w:type="spellEnd"/>
      <w:r>
        <w:t xml:space="preserve"> e </w:t>
      </w:r>
      <w:proofErr w:type="spellStart"/>
      <w:r>
        <w:t>intimação</w:t>
      </w:r>
      <w:proofErr w:type="spellEnd"/>
      <w:r>
        <w:t xml:space="preserve"> dos </w:t>
      </w:r>
      <w:proofErr w:type="spellStart"/>
      <w:r>
        <w:t>contribuintes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responsáveis</w:t>
      </w:r>
      <w:proofErr w:type="spellEnd"/>
      <w:r>
        <w:t xml:space="preserve"> para o </w:t>
      </w:r>
      <w:proofErr w:type="spellStart"/>
      <w:r>
        <w:t>cumprimento</w:t>
      </w:r>
      <w:proofErr w:type="spellEnd"/>
      <w:r>
        <w:t xml:space="preserve"> da </w:t>
      </w:r>
      <w:proofErr w:type="spellStart"/>
      <w:r>
        <w:t>obrigação</w:t>
      </w:r>
      <w:proofErr w:type="spellEnd"/>
      <w:r>
        <w:t xml:space="preserve"> </w:t>
      </w:r>
      <w:proofErr w:type="spellStart"/>
      <w:r>
        <w:t>tributária</w:t>
      </w:r>
      <w:proofErr w:type="spellEnd"/>
      <w:r>
        <w:t xml:space="preserve"> e,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houver</w:t>
      </w:r>
      <w:proofErr w:type="spellEnd"/>
      <w:r>
        <w:t xml:space="preserve"> </w:t>
      </w:r>
      <w:proofErr w:type="spellStart"/>
      <w:r>
        <w:t>imposto</w:t>
      </w:r>
      <w:proofErr w:type="spellEnd"/>
      <w:r>
        <w:t xml:space="preserve"> </w:t>
      </w:r>
      <w:proofErr w:type="spellStart"/>
      <w:r>
        <w:t>devido</w:t>
      </w:r>
      <w:proofErr w:type="spellEnd"/>
      <w:r>
        <w:t xml:space="preserve">, para o </w:t>
      </w:r>
      <w:proofErr w:type="spellStart"/>
      <w:r>
        <w:t>respectivo</w:t>
      </w:r>
      <w:proofErr w:type="spellEnd"/>
      <w:r>
        <w:t xml:space="preserve"> </w:t>
      </w:r>
      <w:proofErr w:type="spellStart"/>
      <w:r>
        <w:t>pagamento</w:t>
      </w:r>
      <w:proofErr w:type="spellEnd"/>
      <w:r>
        <w:t xml:space="preserve"> no </w:t>
      </w:r>
      <w:proofErr w:type="spellStart"/>
      <w:r>
        <w:t>prazo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legislação</w:t>
      </w:r>
      <w:proofErr w:type="spellEnd"/>
      <w:r>
        <w:t xml:space="preserve"> </w:t>
      </w:r>
      <w:proofErr w:type="spellStart"/>
      <w:r>
        <w:t>aplicável</w:t>
      </w:r>
      <w:proofErr w:type="spellEnd"/>
      <w:r>
        <w:t>.</w:t>
      </w:r>
    </w:p>
    <w:p w14:paraId="5C90D3AD" w14:textId="77777777" w:rsidR="00C20DAE" w:rsidRDefault="0023657B">
      <w:pPr>
        <w:keepLines/>
        <w:spacing w:after="100" w:line="259" w:lineRule="auto"/>
        <w:jc w:val="both"/>
      </w:pPr>
      <w:r>
        <w:rPr>
          <w:b/>
        </w:rPr>
        <w:t xml:space="preserve">4.4. </w:t>
      </w:r>
      <w:r>
        <w:t xml:space="preserve">A </w:t>
      </w:r>
      <w:proofErr w:type="spellStart"/>
      <w:r>
        <w:t>falta</w:t>
      </w:r>
      <w:proofErr w:type="spellEnd"/>
      <w:r>
        <w:t xml:space="preserve"> de </w:t>
      </w:r>
      <w:proofErr w:type="spellStart"/>
      <w:r>
        <w:t>recolhimento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o </w:t>
      </w:r>
      <w:proofErr w:type="spellStart"/>
      <w:r>
        <w:t>recolhimento</w:t>
      </w:r>
      <w:proofErr w:type="spellEnd"/>
      <w:r>
        <w:t xml:space="preserve"> a </w:t>
      </w:r>
      <w:proofErr w:type="spellStart"/>
      <w:r>
        <w:t>menor</w:t>
      </w:r>
      <w:proofErr w:type="spellEnd"/>
      <w:r>
        <w:t xml:space="preserve"> do ITCMD </w:t>
      </w:r>
      <w:proofErr w:type="spellStart"/>
      <w:r>
        <w:t>sujeitará</w:t>
      </w:r>
      <w:proofErr w:type="spellEnd"/>
      <w:r>
        <w:t xml:space="preserve"> o </w:t>
      </w:r>
      <w:proofErr w:type="spellStart"/>
      <w:r>
        <w:t>débito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procedimentos</w:t>
      </w:r>
      <w:proofErr w:type="spellEnd"/>
      <w:r>
        <w:t xml:space="preserve"> de </w:t>
      </w:r>
      <w:proofErr w:type="spellStart"/>
      <w:r>
        <w:t>cobrança</w:t>
      </w:r>
      <w:proofErr w:type="spellEnd"/>
      <w:r>
        <w:t xml:space="preserve"> e,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cabível</w:t>
      </w:r>
      <w:proofErr w:type="spellEnd"/>
      <w:r>
        <w:t xml:space="preserve">, </w:t>
      </w:r>
      <w:proofErr w:type="spellStart"/>
      <w:r>
        <w:t>ao</w:t>
      </w:r>
      <w:proofErr w:type="spellEnd"/>
      <w:r>
        <w:t xml:space="preserve"> </w:t>
      </w:r>
      <w:proofErr w:type="spellStart"/>
      <w:r>
        <w:t>lançamento</w:t>
      </w:r>
      <w:proofErr w:type="spellEnd"/>
      <w:r>
        <w:t xml:space="preserve"> de </w:t>
      </w:r>
      <w:proofErr w:type="spellStart"/>
      <w:r>
        <w:t>ofício</w:t>
      </w:r>
      <w:proofErr w:type="spellEnd"/>
      <w:r>
        <w:t xml:space="preserve">, com </w:t>
      </w:r>
      <w:proofErr w:type="spellStart"/>
      <w:r>
        <w:t>aplicação</w:t>
      </w:r>
      <w:proofErr w:type="spellEnd"/>
      <w:r>
        <w:t xml:space="preserve"> das </w:t>
      </w:r>
      <w:proofErr w:type="spellStart"/>
      <w:r>
        <w:t>penalidades</w:t>
      </w:r>
      <w:proofErr w:type="spellEnd"/>
      <w:r>
        <w:t xml:space="preserve">, </w:t>
      </w:r>
      <w:proofErr w:type="spellStart"/>
      <w:r>
        <w:t>juros</w:t>
      </w:r>
      <w:proofErr w:type="spellEnd"/>
      <w:r>
        <w:t xml:space="preserve"> e </w:t>
      </w:r>
      <w:proofErr w:type="spellStart"/>
      <w:r>
        <w:t>demais</w:t>
      </w:r>
      <w:proofErr w:type="spellEnd"/>
      <w:r>
        <w:t xml:space="preserve"> </w:t>
      </w:r>
      <w:proofErr w:type="spellStart"/>
      <w:r>
        <w:t>acréscimos</w:t>
      </w:r>
      <w:proofErr w:type="spellEnd"/>
      <w:r>
        <w:t xml:space="preserve"> </w:t>
      </w:r>
      <w:proofErr w:type="spellStart"/>
      <w:r>
        <w:t>previstos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legislação</w:t>
      </w:r>
      <w:proofErr w:type="spellEnd"/>
      <w:r>
        <w:t>.</w:t>
      </w:r>
    </w:p>
    <w:p w14:paraId="3B1575A1" w14:textId="424848EA" w:rsidR="00C20DAE" w:rsidRDefault="0023657B">
      <w:pPr>
        <w:keepLines/>
        <w:spacing w:after="100" w:line="259" w:lineRule="auto"/>
        <w:jc w:val="both"/>
      </w:pPr>
      <w:r>
        <w:rPr>
          <w:b/>
        </w:rPr>
        <w:t xml:space="preserve">4.5. </w:t>
      </w:r>
      <w:r>
        <w:t xml:space="preserve">A </w:t>
      </w:r>
      <w:proofErr w:type="spellStart"/>
      <w:r>
        <w:t>prática</w:t>
      </w:r>
      <w:proofErr w:type="spellEnd"/>
      <w:r>
        <w:t xml:space="preserve"> do </w:t>
      </w:r>
      <w:proofErr w:type="spellStart"/>
      <w:r>
        <w:t>ato</w:t>
      </w:r>
      <w:proofErr w:type="spellEnd"/>
      <w:r>
        <w:t xml:space="preserve"> </w:t>
      </w:r>
      <w:proofErr w:type="spellStart"/>
      <w:r>
        <w:t>relacionado</w:t>
      </w:r>
      <w:proofErr w:type="spellEnd"/>
      <w:r>
        <w:t xml:space="preserve"> à </w:t>
      </w:r>
      <w:proofErr w:type="spellStart"/>
      <w:r>
        <w:t>transmissão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a </w:t>
      </w:r>
      <w:proofErr w:type="spellStart"/>
      <w:r>
        <w:t>prévia</w:t>
      </w:r>
      <w:proofErr w:type="spellEnd"/>
      <w:r>
        <w:t xml:space="preserve"> </w:t>
      </w:r>
      <w:proofErr w:type="spellStart"/>
      <w:r>
        <w:t>comprovação</w:t>
      </w:r>
      <w:proofErr w:type="spellEnd"/>
      <w:r>
        <w:t xml:space="preserve"> do </w:t>
      </w:r>
      <w:proofErr w:type="spellStart"/>
      <w:r>
        <w:t>pagamento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representa</w:t>
      </w:r>
      <w:proofErr w:type="spellEnd"/>
      <w:r>
        <w:t xml:space="preserve"> </w:t>
      </w:r>
      <w:proofErr w:type="spellStart"/>
      <w:r>
        <w:t>reconhecimento</w:t>
      </w:r>
      <w:proofErr w:type="spellEnd"/>
      <w:r>
        <w:t xml:space="preserve">, pela </w:t>
      </w:r>
      <w:proofErr w:type="spellStart"/>
      <w:r>
        <w:t>Secretaria</w:t>
      </w:r>
      <w:proofErr w:type="spellEnd"/>
      <w:r>
        <w:t xml:space="preserve"> da Fazenda e </w:t>
      </w:r>
      <w:proofErr w:type="spellStart"/>
      <w:r>
        <w:t>Planejamento</w:t>
      </w:r>
      <w:proofErr w:type="spellEnd"/>
      <w:r>
        <w:t xml:space="preserve">, da </w:t>
      </w:r>
      <w:proofErr w:type="spellStart"/>
      <w:r>
        <w:t>correção</w:t>
      </w:r>
      <w:proofErr w:type="spellEnd"/>
      <w:r>
        <w:t xml:space="preserve"> dos </w:t>
      </w:r>
      <w:proofErr w:type="spellStart"/>
      <w:r>
        <w:t>valores</w:t>
      </w:r>
      <w:proofErr w:type="spellEnd"/>
      <w:r>
        <w:t xml:space="preserve"> </w:t>
      </w:r>
      <w:proofErr w:type="spellStart"/>
      <w:r>
        <w:t>declarados</w:t>
      </w:r>
      <w:proofErr w:type="spellEnd"/>
      <w:r>
        <w:t xml:space="preserve">, nem impede a </w:t>
      </w:r>
      <w:proofErr w:type="spellStart"/>
      <w:r>
        <w:t>adoção</w:t>
      </w:r>
      <w:proofErr w:type="spellEnd"/>
      <w:r>
        <w:t xml:space="preserve"> das </w:t>
      </w:r>
      <w:proofErr w:type="spellStart"/>
      <w:r>
        <w:t>medidas</w:t>
      </w:r>
      <w:proofErr w:type="spellEnd"/>
      <w:r>
        <w:t xml:space="preserve"> de </w:t>
      </w:r>
      <w:proofErr w:type="spellStart"/>
      <w:r>
        <w:t>fiscalização</w:t>
      </w:r>
      <w:proofErr w:type="spellEnd"/>
      <w:r>
        <w:t xml:space="preserve">, </w:t>
      </w:r>
      <w:proofErr w:type="spellStart"/>
      <w:r>
        <w:t>arbitramento</w:t>
      </w:r>
      <w:proofErr w:type="spellEnd"/>
      <w:r>
        <w:t xml:space="preserve">, </w:t>
      </w:r>
      <w:proofErr w:type="spellStart"/>
      <w:r>
        <w:t>constituição</w:t>
      </w:r>
      <w:proofErr w:type="spellEnd"/>
      <w:r>
        <w:t xml:space="preserve"> e </w:t>
      </w:r>
      <w:proofErr w:type="spellStart"/>
      <w:r>
        <w:t>cobrança</w:t>
      </w:r>
      <w:proofErr w:type="spellEnd"/>
      <w:r>
        <w:t xml:space="preserve"> do </w:t>
      </w:r>
      <w:proofErr w:type="spellStart"/>
      <w:r>
        <w:t>crédito</w:t>
      </w:r>
      <w:proofErr w:type="spellEnd"/>
      <w:r>
        <w:t xml:space="preserve"> </w:t>
      </w:r>
      <w:proofErr w:type="spellStart"/>
      <w:r>
        <w:t>tributário</w:t>
      </w:r>
      <w:proofErr w:type="spellEnd"/>
      <w:r>
        <w:t>.</w:t>
      </w:r>
    </w:p>
    <w:p w14:paraId="40F31588" w14:textId="77777777" w:rsidR="00C20DAE" w:rsidRDefault="00C20DAE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84"/>
      </w:tblGrid>
      <w:tr w:rsidR="00C20DAE" w14:paraId="04BD34C5" w14:textId="77777777" w:rsidTr="00CF54AC">
        <w:trPr>
          <w:jc w:val="center"/>
        </w:trPr>
        <w:tc>
          <w:tcPr>
            <w:tcW w:w="1018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404040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488DD8A6" w14:textId="77777777" w:rsidR="00C20DAE" w:rsidRDefault="0023657B">
            <w:pPr>
              <w:spacing w:after="0"/>
            </w:pPr>
            <w:r>
              <w:rPr>
                <w:b/>
                <w:color w:val="FFFFFF"/>
              </w:rPr>
              <w:t>5. DECLARAÇÃO FINAL E ASSINATURAS</w:t>
            </w:r>
          </w:p>
        </w:tc>
      </w:tr>
    </w:tbl>
    <w:p w14:paraId="699E2296" w14:textId="77777777" w:rsidR="00C20DAE" w:rsidRDefault="00C20DAE">
      <w:pPr>
        <w:spacing w:after="0"/>
      </w:pPr>
    </w:p>
    <w:p w14:paraId="72A1B718" w14:textId="77777777" w:rsidR="00C20DAE" w:rsidRDefault="0023657B">
      <w:pPr>
        <w:spacing w:after="120" w:line="259" w:lineRule="auto"/>
        <w:jc w:val="both"/>
      </w:pPr>
      <w:r>
        <w:t xml:space="preserve">Por </w:t>
      </w:r>
      <w:proofErr w:type="spellStart"/>
      <w:r>
        <w:t>estarem</w:t>
      </w:r>
      <w:proofErr w:type="spellEnd"/>
      <w:r>
        <w:t xml:space="preserve"> </w:t>
      </w:r>
      <w:proofErr w:type="spellStart"/>
      <w:r>
        <w:t>plenamente</w:t>
      </w:r>
      <w:proofErr w:type="spellEnd"/>
      <w:r>
        <w:t xml:space="preserve"> </w:t>
      </w:r>
      <w:proofErr w:type="spellStart"/>
      <w:r>
        <w:t>cientes</w:t>
      </w:r>
      <w:proofErr w:type="spellEnd"/>
      <w:r>
        <w:t xml:space="preserve"> do </w:t>
      </w:r>
      <w:proofErr w:type="spellStart"/>
      <w:r>
        <w:t>conteúdo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</w:t>
      </w:r>
      <w:proofErr w:type="spellStart"/>
      <w:r>
        <w:t>Termo</w:t>
      </w:r>
      <w:proofErr w:type="spellEnd"/>
      <w:r>
        <w:t xml:space="preserve"> e das </w:t>
      </w:r>
      <w:proofErr w:type="spellStart"/>
      <w:r>
        <w:t>consequências</w:t>
      </w:r>
      <w:proofErr w:type="spellEnd"/>
      <w:r>
        <w:t xml:space="preserve"> </w:t>
      </w:r>
      <w:proofErr w:type="spellStart"/>
      <w:r>
        <w:t>tributárias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à </w:t>
      </w:r>
      <w:proofErr w:type="spellStart"/>
      <w:r>
        <w:t>transmissão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abaixo</w:t>
      </w:r>
      <w:proofErr w:type="spellEnd"/>
      <w:r>
        <w:t xml:space="preserve"> </w:t>
      </w:r>
      <w:proofErr w:type="spellStart"/>
      <w:r>
        <w:t>identificados</w:t>
      </w:r>
      <w:proofErr w:type="spellEnd"/>
      <w:r>
        <w:t xml:space="preserve"> o </w:t>
      </w:r>
      <w:proofErr w:type="spellStart"/>
      <w:r>
        <w:t>assinam</w:t>
      </w:r>
      <w:proofErr w:type="spellEnd"/>
      <w:r>
        <w:t xml:space="preserve"> para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fins de </w:t>
      </w:r>
      <w:proofErr w:type="spellStart"/>
      <w:r>
        <w:t>direito</w:t>
      </w:r>
      <w:proofErr w:type="spellEnd"/>
      <w:r>
        <w:t>.</w:t>
      </w:r>
    </w:p>
    <w:p w14:paraId="6FD16A7D" w14:textId="77777777" w:rsidR="0092223A" w:rsidRDefault="0092223A">
      <w:pPr>
        <w:spacing w:after="160"/>
        <w:jc w:val="center"/>
        <w:rPr>
          <w:sz w:val="20"/>
        </w:rPr>
      </w:pPr>
    </w:p>
    <w:p w14:paraId="40FA156B" w14:textId="0F028C6A" w:rsidR="00C20DAE" w:rsidRDefault="0023657B">
      <w:pPr>
        <w:spacing w:after="160"/>
        <w:jc w:val="center"/>
        <w:rPr>
          <w:sz w:val="20"/>
        </w:rPr>
      </w:pPr>
      <w:r>
        <w:rPr>
          <w:sz w:val="20"/>
        </w:rPr>
        <w:t xml:space="preserve">Local: ____________________________________________     Data: </w:t>
      </w:r>
      <w:proofErr w:type="gramStart"/>
      <w:r>
        <w:rPr>
          <w:sz w:val="20"/>
        </w:rPr>
        <w:t>____ / ____ / _</w:t>
      </w:r>
      <w:proofErr w:type="gramEnd"/>
      <w:r>
        <w:rPr>
          <w:sz w:val="20"/>
        </w:rPr>
        <w:t>_______</w:t>
      </w:r>
    </w:p>
    <w:p w14:paraId="725BACB9" w14:textId="77777777" w:rsidR="0092223A" w:rsidRDefault="0092223A">
      <w:pPr>
        <w:spacing w:after="160"/>
        <w:jc w:val="center"/>
      </w:pPr>
    </w:p>
    <w:p w14:paraId="0DF13E48" w14:textId="77777777" w:rsidR="0092223A" w:rsidRDefault="0092223A">
      <w:pPr>
        <w:spacing w:after="160"/>
        <w:jc w:val="center"/>
      </w:pPr>
    </w:p>
    <w:tbl>
      <w:tblPr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C20DAE" w14:paraId="2660AD28" w14:textId="77777777" w:rsidTr="000768BA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551493E5" w14:textId="77777777" w:rsidR="00C20DAE" w:rsidRDefault="0023657B" w:rsidP="000768BA">
            <w:pPr>
              <w:spacing w:after="0"/>
              <w:jc w:val="center"/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117A92DC" w14:textId="77777777" w:rsidR="00C20DAE" w:rsidRDefault="0023657B" w:rsidP="000768BA">
            <w:pPr>
              <w:spacing w:after="0"/>
              <w:jc w:val="center"/>
            </w:pPr>
            <w:r>
              <w:rPr>
                <w:sz w:val="20"/>
              </w:rPr>
              <w:t>________________________________________</w:t>
            </w:r>
          </w:p>
        </w:tc>
      </w:tr>
      <w:tr w:rsidR="00C20DAE" w14:paraId="0410004B" w14:textId="77777777" w:rsidTr="000768BA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65DFA9F3" w14:textId="61E01FF3" w:rsidR="00C20DAE" w:rsidRDefault="0023657B" w:rsidP="000768BA">
            <w:pPr>
              <w:spacing w:after="0"/>
              <w:jc w:val="center"/>
            </w:pPr>
            <w:r>
              <w:rPr>
                <w:color w:val="555555"/>
                <w:sz w:val="17"/>
              </w:rPr>
              <w:t>Nome / CPF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4D0994DC" w14:textId="32477476" w:rsidR="00C20DAE" w:rsidRDefault="0023657B" w:rsidP="000768BA">
            <w:pPr>
              <w:spacing w:after="0"/>
              <w:jc w:val="center"/>
              <w:rPr>
                <w:color w:val="555555"/>
                <w:sz w:val="17"/>
              </w:rPr>
            </w:pPr>
            <w:r>
              <w:rPr>
                <w:color w:val="555555"/>
                <w:sz w:val="17"/>
              </w:rPr>
              <w:t>Nome / CPF</w:t>
            </w:r>
          </w:p>
          <w:p w14:paraId="419E5706" w14:textId="77777777" w:rsidR="0092223A" w:rsidRDefault="0092223A" w:rsidP="000768BA">
            <w:pPr>
              <w:spacing w:after="0"/>
              <w:jc w:val="center"/>
              <w:rPr>
                <w:color w:val="555555"/>
                <w:sz w:val="17"/>
              </w:rPr>
            </w:pPr>
          </w:p>
          <w:p w14:paraId="7183A00A" w14:textId="77777777" w:rsidR="0092223A" w:rsidRDefault="0092223A" w:rsidP="000768BA">
            <w:pPr>
              <w:spacing w:after="0"/>
              <w:jc w:val="center"/>
            </w:pPr>
          </w:p>
          <w:p w14:paraId="5087C7FC" w14:textId="77777777" w:rsidR="000768BA" w:rsidRDefault="000768BA" w:rsidP="000768BA">
            <w:pPr>
              <w:spacing w:after="0"/>
              <w:jc w:val="center"/>
            </w:pPr>
          </w:p>
        </w:tc>
      </w:tr>
      <w:tr w:rsidR="00C20DAE" w14:paraId="21BB0E38" w14:textId="77777777" w:rsidTr="000768BA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74E7E661" w14:textId="77777777" w:rsidR="00C20DAE" w:rsidRDefault="0023657B" w:rsidP="000768BA">
            <w:pPr>
              <w:spacing w:after="0"/>
              <w:jc w:val="center"/>
            </w:pPr>
            <w:r>
              <w:rPr>
                <w:sz w:val="20"/>
              </w:rPr>
              <w:lastRenderedPageBreak/>
              <w:t>________________________________________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7F7E0CB9" w14:textId="77777777" w:rsidR="00C20DAE" w:rsidRDefault="0023657B" w:rsidP="000768BA">
            <w:pPr>
              <w:spacing w:after="0"/>
              <w:jc w:val="center"/>
            </w:pPr>
            <w:r>
              <w:rPr>
                <w:sz w:val="20"/>
              </w:rPr>
              <w:t>________________________________________</w:t>
            </w:r>
          </w:p>
        </w:tc>
      </w:tr>
      <w:tr w:rsidR="00C20DAE" w14:paraId="6AC20513" w14:textId="77777777" w:rsidTr="000768BA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201D3B4F" w14:textId="34B314DE" w:rsidR="00C20DAE" w:rsidRDefault="0023657B" w:rsidP="000768BA">
            <w:pPr>
              <w:spacing w:after="0"/>
              <w:jc w:val="center"/>
            </w:pPr>
            <w:r>
              <w:rPr>
                <w:color w:val="555555"/>
                <w:sz w:val="17"/>
              </w:rPr>
              <w:t>Nome / CPF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4B819E5D" w14:textId="664E76EF" w:rsidR="00C20DAE" w:rsidRDefault="0023657B" w:rsidP="000768BA">
            <w:pPr>
              <w:spacing w:after="0"/>
              <w:jc w:val="center"/>
              <w:rPr>
                <w:color w:val="555555"/>
                <w:sz w:val="17"/>
              </w:rPr>
            </w:pPr>
            <w:r>
              <w:rPr>
                <w:color w:val="555555"/>
                <w:sz w:val="17"/>
              </w:rPr>
              <w:t>Nome / CPF</w:t>
            </w:r>
          </w:p>
          <w:p w14:paraId="49016BBB" w14:textId="77777777" w:rsidR="0092223A" w:rsidRDefault="0092223A" w:rsidP="000768BA">
            <w:pPr>
              <w:spacing w:after="0"/>
              <w:jc w:val="center"/>
              <w:rPr>
                <w:color w:val="555555"/>
                <w:sz w:val="17"/>
              </w:rPr>
            </w:pPr>
          </w:p>
          <w:p w14:paraId="3BACD573" w14:textId="77777777" w:rsidR="0092223A" w:rsidRDefault="0092223A" w:rsidP="000768BA">
            <w:pPr>
              <w:spacing w:after="0"/>
              <w:jc w:val="center"/>
              <w:rPr>
                <w:color w:val="555555"/>
                <w:sz w:val="17"/>
              </w:rPr>
            </w:pPr>
          </w:p>
          <w:p w14:paraId="1C790BAF" w14:textId="77777777" w:rsidR="0092223A" w:rsidRDefault="0092223A" w:rsidP="000768BA">
            <w:pPr>
              <w:spacing w:after="0"/>
              <w:jc w:val="center"/>
            </w:pPr>
          </w:p>
        </w:tc>
      </w:tr>
      <w:tr w:rsidR="0092223A" w14:paraId="3F451F7E" w14:textId="77777777" w:rsidTr="000768BA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477915FF" w14:textId="1100C121" w:rsidR="0092223A" w:rsidRDefault="0092223A" w:rsidP="000768BA">
            <w:pPr>
              <w:spacing w:after="0"/>
              <w:jc w:val="center"/>
              <w:rPr>
                <w:color w:val="555555"/>
                <w:sz w:val="17"/>
              </w:rPr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0B4DB5D3" w14:textId="64FDC4EF" w:rsidR="0092223A" w:rsidRDefault="0092223A" w:rsidP="000768BA">
            <w:pPr>
              <w:spacing w:after="0"/>
              <w:jc w:val="center"/>
              <w:rPr>
                <w:color w:val="555555"/>
                <w:sz w:val="17"/>
              </w:rPr>
            </w:pPr>
            <w:r>
              <w:rPr>
                <w:sz w:val="20"/>
              </w:rPr>
              <w:t>________________________________________</w:t>
            </w:r>
          </w:p>
        </w:tc>
      </w:tr>
      <w:tr w:rsidR="0092223A" w14:paraId="4CB5D4DE" w14:textId="77777777" w:rsidTr="000768BA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57FA56C4" w14:textId="2C0CA14A" w:rsidR="0092223A" w:rsidRDefault="0092223A" w:rsidP="000768BA">
            <w:pPr>
              <w:spacing w:after="0"/>
              <w:jc w:val="center"/>
              <w:rPr>
                <w:sz w:val="20"/>
              </w:rPr>
            </w:pPr>
            <w:r>
              <w:rPr>
                <w:color w:val="555555"/>
                <w:sz w:val="17"/>
              </w:rPr>
              <w:t>Nome / CPF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39DF75C5" w14:textId="00EAC62F" w:rsidR="0092223A" w:rsidRDefault="0092223A" w:rsidP="000768BA">
            <w:pPr>
              <w:spacing w:after="0"/>
              <w:jc w:val="center"/>
              <w:rPr>
                <w:sz w:val="20"/>
              </w:rPr>
            </w:pPr>
            <w:r>
              <w:rPr>
                <w:color w:val="555555"/>
                <w:sz w:val="17"/>
              </w:rPr>
              <w:t>Nome / CPF</w:t>
            </w:r>
          </w:p>
        </w:tc>
      </w:tr>
    </w:tbl>
    <w:p w14:paraId="3EA78CCF" w14:textId="742E214B" w:rsidR="0092223A" w:rsidRDefault="000768BA">
      <w:pPr>
        <w:spacing w:before="80" w:after="40"/>
        <w:rPr>
          <w:b/>
          <w:sz w:val="18"/>
        </w:rPr>
      </w:pPr>
      <w:r>
        <w:rPr>
          <w:b/>
          <w:sz w:val="18"/>
        </w:rPr>
        <w:br w:type="textWrapping" w:clear="all"/>
      </w:r>
    </w:p>
    <w:p w14:paraId="43D42C32" w14:textId="77777777" w:rsidR="0092223A" w:rsidRDefault="0092223A">
      <w:pPr>
        <w:spacing w:before="80" w:after="40"/>
        <w:rPr>
          <w:b/>
          <w:sz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92223A" w14:paraId="4FFB04D5" w14:textId="77777777" w:rsidTr="0049355B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02EE993E" w14:textId="77777777" w:rsidR="0092223A" w:rsidRDefault="0092223A" w:rsidP="0049355B">
            <w:pPr>
              <w:spacing w:after="0"/>
              <w:jc w:val="center"/>
              <w:rPr>
                <w:color w:val="555555"/>
                <w:sz w:val="17"/>
              </w:rPr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16798BF5" w14:textId="77777777" w:rsidR="0092223A" w:rsidRDefault="0092223A" w:rsidP="0049355B">
            <w:pPr>
              <w:spacing w:after="0"/>
              <w:jc w:val="center"/>
              <w:rPr>
                <w:color w:val="555555"/>
                <w:sz w:val="17"/>
              </w:rPr>
            </w:pPr>
            <w:r>
              <w:rPr>
                <w:sz w:val="20"/>
              </w:rPr>
              <w:t>________________________________________</w:t>
            </w:r>
          </w:p>
        </w:tc>
      </w:tr>
      <w:tr w:rsidR="0092223A" w14:paraId="131C3986" w14:textId="77777777" w:rsidTr="000768BA">
        <w:trPr>
          <w:trHeight w:val="20"/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6BF52D27" w14:textId="19B3B8BF" w:rsidR="0092223A" w:rsidRDefault="0092223A" w:rsidP="0049355B">
            <w:pPr>
              <w:spacing w:after="0"/>
              <w:jc w:val="center"/>
              <w:rPr>
                <w:sz w:val="20"/>
              </w:rPr>
            </w:pPr>
            <w:r>
              <w:rPr>
                <w:color w:val="555555"/>
                <w:sz w:val="17"/>
              </w:rPr>
              <w:t>Nome / CPF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37D21FD6" w14:textId="52B2354D" w:rsidR="0092223A" w:rsidRDefault="0092223A" w:rsidP="0049355B">
            <w:pPr>
              <w:spacing w:after="0"/>
              <w:jc w:val="center"/>
              <w:rPr>
                <w:sz w:val="20"/>
              </w:rPr>
            </w:pPr>
            <w:r>
              <w:rPr>
                <w:color w:val="555555"/>
                <w:sz w:val="17"/>
              </w:rPr>
              <w:t>Nome / CPF</w:t>
            </w:r>
          </w:p>
        </w:tc>
      </w:tr>
    </w:tbl>
    <w:p w14:paraId="33731540" w14:textId="77777777" w:rsidR="000768BA" w:rsidRDefault="000768BA">
      <w:pPr>
        <w:spacing w:before="80" w:after="40"/>
        <w:rPr>
          <w:b/>
          <w:sz w:val="18"/>
        </w:rPr>
      </w:pPr>
    </w:p>
    <w:p w14:paraId="33B45069" w14:textId="77777777" w:rsidR="000768BA" w:rsidRDefault="000768BA">
      <w:pPr>
        <w:spacing w:before="80" w:after="40"/>
        <w:rPr>
          <w:b/>
          <w:sz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0768BA" w14:paraId="69AA422F" w14:textId="77777777" w:rsidTr="0049355B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56C92B94" w14:textId="77777777" w:rsidR="000768BA" w:rsidRDefault="000768BA" w:rsidP="0049355B">
            <w:pPr>
              <w:spacing w:after="0"/>
              <w:jc w:val="center"/>
              <w:rPr>
                <w:color w:val="555555"/>
                <w:sz w:val="17"/>
              </w:rPr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7E99B463" w14:textId="77777777" w:rsidR="000768BA" w:rsidRDefault="000768BA" w:rsidP="0049355B">
            <w:pPr>
              <w:spacing w:after="0"/>
              <w:jc w:val="center"/>
              <w:rPr>
                <w:color w:val="555555"/>
                <w:sz w:val="17"/>
              </w:rPr>
            </w:pPr>
            <w:r>
              <w:rPr>
                <w:sz w:val="20"/>
              </w:rPr>
              <w:t>________________________________________</w:t>
            </w:r>
          </w:p>
        </w:tc>
      </w:tr>
      <w:tr w:rsidR="000768BA" w14:paraId="16D54FEC" w14:textId="77777777" w:rsidTr="0049355B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43B9E79B" w14:textId="1254122B" w:rsidR="000768BA" w:rsidRDefault="000768BA" w:rsidP="0049355B">
            <w:pPr>
              <w:spacing w:after="0"/>
              <w:jc w:val="center"/>
              <w:rPr>
                <w:sz w:val="20"/>
              </w:rPr>
            </w:pPr>
            <w:r>
              <w:rPr>
                <w:color w:val="555555"/>
                <w:sz w:val="17"/>
              </w:rPr>
              <w:t>Nome / CPF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4DF6F9AD" w14:textId="483913CE" w:rsidR="000768BA" w:rsidRDefault="000768BA" w:rsidP="0049355B">
            <w:pPr>
              <w:spacing w:after="0"/>
              <w:jc w:val="center"/>
              <w:rPr>
                <w:sz w:val="20"/>
              </w:rPr>
            </w:pPr>
            <w:r>
              <w:rPr>
                <w:color w:val="555555"/>
                <w:sz w:val="17"/>
              </w:rPr>
              <w:t>Nome / CPF</w:t>
            </w:r>
          </w:p>
        </w:tc>
      </w:tr>
    </w:tbl>
    <w:p w14:paraId="1067BDB2" w14:textId="77777777" w:rsidR="000768BA" w:rsidRDefault="000768BA" w:rsidP="000768BA">
      <w:pPr>
        <w:spacing w:before="80" w:after="40"/>
        <w:rPr>
          <w:b/>
          <w:sz w:val="18"/>
        </w:rPr>
      </w:pPr>
    </w:p>
    <w:p w14:paraId="76E5088A" w14:textId="77777777" w:rsidR="000768BA" w:rsidRDefault="000768BA" w:rsidP="000768BA">
      <w:pPr>
        <w:spacing w:before="80" w:after="40"/>
        <w:rPr>
          <w:b/>
          <w:sz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0768BA" w14:paraId="3FFA647D" w14:textId="77777777" w:rsidTr="0049355B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3619C76C" w14:textId="77777777" w:rsidR="000768BA" w:rsidRDefault="000768BA" w:rsidP="0049355B">
            <w:pPr>
              <w:spacing w:after="0"/>
              <w:jc w:val="center"/>
              <w:rPr>
                <w:color w:val="555555"/>
                <w:sz w:val="17"/>
              </w:rPr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160459EC" w14:textId="77777777" w:rsidR="000768BA" w:rsidRDefault="000768BA" w:rsidP="0049355B">
            <w:pPr>
              <w:spacing w:after="0"/>
              <w:jc w:val="center"/>
              <w:rPr>
                <w:color w:val="555555"/>
                <w:sz w:val="17"/>
              </w:rPr>
            </w:pPr>
            <w:r>
              <w:rPr>
                <w:sz w:val="20"/>
              </w:rPr>
              <w:t>________________________________________</w:t>
            </w:r>
          </w:p>
        </w:tc>
      </w:tr>
      <w:tr w:rsidR="000768BA" w14:paraId="309235FE" w14:textId="77777777" w:rsidTr="0049355B">
        <w:trPr>
          <w:trHeight w:val="20"/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03EDDA44" w14:textId="77777777" w:rsidR="000768BA" w:rsidRDefault="000768BA" w:rsidP="0049355B">
            <w:pPr>
              <w:spacing w:after="0"/>
              <w:jc w:val="center"/>
              <w:rPr>
                <w:sz w:val="20"/>
              </w:rPr>
            </w:pPr>
            <w:r>
              <w:rPr>
                <w:color w:val="555555"/>
                <w:sz w:val="17"/>
              </w:rPr>
              <w:t xml:space="preserve">Nome / CPF / </w:t>
            </w:r>
            <w:proofErr w:type="spellStart"/>
            <w:r>
              <w:rPr>
                <w:color w:val="555555"/>
                <w:sz w:val="17"/>
              </w:rPr>
              <w:t>Qualificação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left w:w="120" w:type="dxa"/>
              <w:bottom w:w="70" w:type="dxa"/>
              <w:right w:w="120" w:type="dxa"/>
            </w:tcMar>
          </w:tcPr>
          <w:p w14:paraId="56DB27C9" w14:textId="77777777" w:rsidR="000768BA" w:rsidRDefault="000768BA" w:rsidP="0049355B">
            <w:pPr>
              <w:spacing w:after="0"/>
              <w:jc w:val="center"/>
              <w:rPr>
                <w:sz w:val="20"/>
              </w:rPr>
            </w:pPr>
            <w:r>
              <w:rPr>
                <w:color w:val="555555"/>
                <w:sz w:val="17"/>
              </w:rPr>
              <w:t xml:space="preserve">Nome / CPF / </w:t>
            </w:r>
            <w:proofErr w:type="spellStart"/>
            <w:r>
              <w:rPr>
                <w:color w:val="555555"/>
                <w:sz w:val="17"/>
              </w:rPr>
              <w:t>Qualificação</w:t>
            </w:r>
            <w:proofErr w:type="spellEnd"/>
          </w:p>
        </w:tc>
      </w:tr>
    </w:tbl>
    <w:p w14:paraId="77BE3376" w14:textId="77777777" w:rsidR="000768BA" w:rsidRDefault="000768BA">
      <w:pPr>
        <w:spacing w:before="80" w:after="40"/>
        <w:rPr>
          <w:b/>
          <w:sz w:val="18"/>
        </w:rPr>
      </w:pPr>
    </w:p>
    <w:p w14:paraId="628BCDE5" w14:textId="77777777" w:rsidR="000768BA" w:rsidRDefault="000768BA">
      <w:pPr>
        <w:spacing w:before="80" w:after="40"/>
        <w:rPr>
          <w:b/>
          <w:sz w:val="18"/>
        </w:rPr>
      </w:pPr>
    </w:p>
    <w:p w14:paraId="30499533" w14:textId="620485BF" w:rsidR="00C20DAE" w:rsidRDefault="0023657B">
      <w:pPr>
        <w:spacing w:before="80" w:after="40"/>
      </w:pPr>
      <w:proofErr w:type="spellStart"/>
      <w:r>
        <w:rPr>
          <w:b/>
          <w:sz w:val="18"/>
        </w:rPr>
        <w:t>Responsável</w:t>
      </w:r>
      <w:proofErr w:type="spellEnd"/>
      <w:r>
        <w:rPr>
          <w:b/>
          <w:sz w:val="18"/>
        </w:rPr>
        <w:t xml:space="preserve"> pela coleta da </w:t>
      </w:r>
      <w:proofErr w:type="spellStart"/>
      <w:r>
        <w:rPr>
          <w:b/>
          <w:sz w:val="18"/>
        </w:rPr>
        <w:t>ciência</w:t>
      </w:r>
      <w:proofErr w:type="spellEnd"/>
      <w:r>
        <w:rPr>
          <w:b/>
          <w:sz w:val="18"/>
        </w:rPr>
        <w:t xml:space="preserve"> / </w:t>
      </w:r>
      <w:proofErr w:type="spellStart"/>
      <w:r>
        <w:rPr>
          <w:b/>
          <w:sz w:val="18"/>
        </w:rPr>
        <w:t>identificação</w:t>
      </w:r>
      <w:proofErr w:type="spellEnd"/>
      <w:r>
        <w:rPr>
          <w:b/>
          <w:sz w:val="18"/>
        </w:rPr>
        <w:t xml:space="preserve"> do </w:t>
      </w:r>
      <w:proofErr w:type="spellStart"/>
      <w:r>
        <w:rPr>
          <w:b/>
          <w:sz w:val="18"/>
        </w:rPr>
        <w:t>ato</w:t>
      </w:r>
      <w:proofErr w:type="spellEnd"/>
      <w:r>
        <w:rPr>
          <w:b/>
          <w:sz w:val="18"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4"/>
        <w:gridCol w:w="3543"/>
        <w:gridCol w:w="1418"/>
        <w:gridCol w:w="3292"/>
      </w:tblGrid>
      <w:tr w:rsidR="00C20DAE" w14:paraId="3C61591B" w14:textId="77777777" w:rsidTr="0092223A">
        <w:trPr>
          <w:trHeight w:val="1268"/>
          <w:jc w:val="center"/>
        </w:trPr>
        <w:tc>
          <w:tcPr>
            <w:tcW w:w="1554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EDA391" w14:textId="77777777" w:rsidR="00C20DAE" w:rsidRDefault="0023657B">
            <w:pPr>
              <w:spacing w:after="0" w:line="240" w:lineRule="auto"/>
            </w:pPr>
            <w:r>
              <w:rPr>
                <w:b/>
                <w:sz w:val="19"/>
              </w:rPr>
              <w:t xml:space="preserve">Nome / </w:t>
            </w:r>
            <w:proofErr w:type="spellStart"/>
            <w:r>
              <w:rPr>
                <w:b/>
                <w:sz w:val="19"/>
              </w:rPr>
              <w:t>função</w:t>
            </w:r>
            <w:proofErr w:type="spellEnd"/>
          </w:p>
        </w:tc>
        <w:tc>
          <w:tcPr>
            <w:tcW w:w="3543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72575E" w14:textId="4E8E7D6D" w:rsidR="00C20DAE" w:rsidRDefault="00C20DAE">
            <w:pPr>
              <w:pBdr>
                <w:bottom w:val="single" w:sz="12" w:space="1" w:color="auto"/>
              </w:pBdr>
              <w:spacing w:after="0" w:line="240" w:lineRule="auto"/>
              <w:rPr>
                <w:sz w:val="19"/>
              </w:rPr>
            </w:pPr>
          </w:p>
          <w:p w14:paraId="713E1BDF" w14:textId="77777777" w:rsidR="0092223A" w:rsidRDefault="0092223A">
            <w:pPr>
              <w:pBdr>
                <w:bottom w:val="single" w:sz="12" w:space="1" w:color="auto"/>
              </w:pBdr>
              <w:spacing w:after="0" w:line="240" w:lineRule="auto"/>
              <w:rPr>
                <w:sz w:val="19"/>
              </w:rPr>
            </w:pPr>
          </w:p>
          <w:p w14:paraId="477D820A" w14:textId="77777777" w:rsidR="0092223A" w:rsidRDefault="0092223A">
            <w:pPr>
              <w:pBdr>
                <w:bottom w:val="single" w:sz="12" w:space="1" w:color="auto"/>
              </w:pBdr>
              <w:spacing w:after="0" w:line="240" w:lineRule="auto"/>
              <w:rPr>
                <w:sz w:val="19"/>
              </w:rPr>
            </w:pPr>
          </w:p>
          <w:p w14:paraId="03074C8A" w14:textId="77777777" w:rsidR="0092223A" w:rsidRDefault="0092223A">
            <w:pPr>
              <w:pBdr>
                <w:bottom w:val="single" w:sz="12" w:space="1" w:color="auto"/>
              </w:pBdr>
              <w:spacing w:after="0" w:line="240" w:lineRule="auto"/>
              <w:rPr>
                <w:sz w:val="19"/>
              </w:rPr>
            </w:pPr>
          </w:p>
          <w:p w14:paraId="62B7B8E3" w14:textId="77777777" w:rsidR="0092223A" w:rsidRDefault="0092223A">
            <w:pPr>
              <w:pBdr>
                <w:bottom w:val="single" w:sz="12" w:space="1" w:color="auto"/>
              </w:pBdr>
              <w:spacing w:after="0" w:line="240" w:lineRule="auto"/>
              <w:rPr>
                <w:sz w:val="19"/>
              </w:rPr>
            </w:pPr>
          </w:p>
          <w:p w14:paraId="64A8A393" w14:textId="7A9C9DAD" w:rsidR="0092223A" w:rsidRDefault="0092223A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983D8F" w14:textId="77777777" w:rsidR="00C20DAE" w:rsidRDefault="0023657B">
            <w:pPr>
              <w:spacing w:after="0" w:line="240" w:lineRule="auto"/>
            </w:pPr>
            <w:proofErr w:type="spellStart"/>
            <w:r>
              <w:rPr>
                <w:b/>
                <w:sz w:val="19"/>
              </w:rPr>
              <w:t>Assinatura</w:t>
            </w:r>
            <w:proofErr w:type="spellEnd"/>
            <w:r>
              <w:rPr>
                <w:b/>
                <w:sz w:val="19"/>
              </w:rPr>
              <w:t xml:space="preserve"> / </w:t>
            </w:r>
            <w:proofErr w:type="spellStart"/>
            <w:r>
              <w:rPr>
                <w:b/>
                <w:sz w:val="19"/>
              </w:rPr>
              <w:t>identificação</w:t>
            </w:r>
            <w:proofErr w:type="spellEnd"/>
          </w:p>
        </w:tc>
        <w:tc>
          <w:tcPr>
            <w:tcW w:w="3292" w:type="dxa"/>
            <w:tcBorders>
              <w:top w:val="single" w:sz="5" w:space="0" w:color="8A8A8A"/>
              <w:left w:val="single" w:sz="5" w:space="0" w:color="8A8A8A"/>
              <w:bottom w:val="single" w:sz="5" w:space="0" w:color="8A8A8A"/>
              <w:right w:val="single" w:sz="5" w:space="0" w:color="8A8A8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9418BE" w14:textId="3D85F67C" w:rsidR="0092223A" w:rsidRDefault="0092223A">
            <w:pPr>
              <w:pBdr>
                <w:bottom w:val="single" w:sz="12" w:space="1" w:color="auto"/>
              </w:pBdr>
              <w:spacing w:after="0" w:line="240" w:lineRule="auto"/>
              <w:rPr>
                <w:sz w:val="19"/>
              </w:rPr>
            </w:pPr>
          </w:p>
          <w:p w14:paraId="1159E2C4" w14:textId="77777777" w:rsidR="0092223A" w:rsidRDefault="0092223A">
            <w:pPr>
              <w:pBdr>
                <w:bottom w:val="single" w:sz="12" w:space="1" w:color="auto"/>
              </w:pBdr>
              <w:spacing w:after="0" w:line="240" w:lineRule="auto"/>
              <w:rPr>
                <w:sz w:val="19"/>
              </w:rPr>
            </w:pPr>
          </w:p>
          <w:p w14:paraId="54FD390D" w14:textId="77777777" w:rsidR="0092223A" w:rsidRDefault="0092223A">
            <w:pPr>
              <w:pBdr>
                <w:bottom w:val="single" w:sz="12" w:space="1" w:color="auto"/>
              </w:pBdr>
              <w:spacing w:after="0" w:line="240" w:lineRule="auto"/>
              <w:rPr>
                <w:sz w:val="19"/>
              </w:rPr>
            </w:pPr>
          </w:p>
          <w:p w14:paraId="2E8EB07A" w14:textId="77777777" w:rsidR="0092223A" w:rsidRDefault="0092223A">
            <w:pPr>
              <w:pBdr>
                <w:bottom w:val="single" w:sz="12" w:space="1" w:color="auto"/>
              </w:pBdr>
              <w:spacing w:after="0" w:line="240" w:lineRule="auto"/>
              <w:rPr>
                <w:sz w:val="19"/>
              </w:rPr>
            </w:pPr>
          </w:p>
          <w:p w14:paraId="45D49534" w14:textId="77777777" w:rsidR="0092223A" w:rsidRDefault="0092223A">
            <w:pPr>
              <w:pBdr>
                <w:bottom w:val="single" w:sz="12" w:space="1" w:color="auto"/>
              </w:pBdr>
              <w:spacing w:after="0" w:line="240" w:lineRule="auto"/>
              <w:rPr>
                <w:sz w:val="19"/>
              </w:rPr>
            </w:pPr>
          </w:p>
          <w:p w14:paraId="4F7E53CA" w14:textId="574DB522" w:rsidR="00C20DAE" w:rsidRDefault="00C20DAE">
            <w:pPr>
              <w:spacing w:after="0" w:line="240" w:lineRule="auto"/>
            </w:pPr>
          </w:p>
        </w:tc>
      </w:tr>
    </w:tbl>
    <w:p w14:paraId="7DA429C9" w14:textId="77777777" w:rsidR="0023657B" w:rsidRDefault="0023657B"/>
    <w:sectPr w:rsidR="0023657B" w:rsidSect="00034616">
      <w:headerReference w:type="default" r:id="rId8"/>
      <w:footerReference w:type="default" r:id="rId9"/>
      <w:pgSz w:w="12240" w:h="15840"/>
      <w:pgMar w:top="935" w:right="1020" w:bottom="879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F6C2D" w14:textId="77777777" w:rsidR="00D318F9" w:rsidRDefault="00D318F9">
      <w:pPr>
        <w:spacing w:after="0" w:line="240" w:lineRule="auto"/>
      </w:pPr>
      <w:r>
        <w:separator/>
      </w:r>
    </w:p>
  </w:endnote>
  <w:endnote w:type="continuationSeparator" w:id="0">
    <w:p w14:paraId="6A9318B2" w14:textId="77777777" w:rsidR="00D318F9" w:rsidRDefault="00D31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041A" w14:textId="3755C963" w:rsidR="00272C48" w:rsidRDefault="00272C48">
    <w:pPr>
      <w:pStyle w:val="Rodap"/>
    </w:pPr>
  </w:p>
  <w:p w14:paraId="69769656" w14:textId="19DD3989" w:rsidR="00C20DAE" w:rsidRDefault="00C20DAE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A8DF7" w14:textId="77777777" w:rsidR="00D318F9" w:rsidRDefault="00D318F9">
      <w:pPr>
        <w:spacing w:after="0" w:line="240" w:lineRule="auto"/>
      </w:pPr>
      <w:r>
        <w:separator/>
      </w:r>
    </w:p>
  </w:footnote>
  <w:footnote w:type="continuationSeparator" w:id="0">
    <w:p w14:paraId="730079B4" w14:textId="77777777" w:rsidR="00D318F9" w:rsidRDefault="00D31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25B1" w14:textId="5AE86A9C" w:rsidR="00CF54AC" w:rsidRDefault="00CF54AC" w:rsidP="00CF54AC">
    <w:pPr>
      <w:pStyle w:val="Corpodetexto"/>
      <w:jc w:val="center"/>
      <w:rPr>
        <w:rFonts w:eastAsiaTheme="majorEastAsia" w:cstheme="majorBidi"/>
        <w:b/>
        <w:bCs/>
        <w:sz w:val="20"/>
        <w:szCs w:val="20"/>
      </w:rPr>
    </w:pPr>
    <w:r w:rsidRPr="00D37A80">
      <w:rPr>
        <w:noProof/>
        <w:sz w:val="24"/>
        <w:szCs w:val="24"/>
      </w:rPr>
      <w:drawing>
        <wp:inline distT="0" distB="0" distL="0" distR="0" wp14:anchorId="1F2D069D" wp14:editId="1D637CAB">
          <wp:extent cx="653731" cy="744950"/>
          <wp:effectExtent l="0" t="0" r="0" b="0"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3731" cy="744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8161FE" w14:textId="683BD85E" w:rsidR="00CF54AC" w:rsidRPr="00CF54AC" w:rsidRDefault="00CF54AC" w:rsidP="00CF54AC">
    <w:pPr>
      <w:pStyle w:val="Cabealho"/>
      <w:jc w:val="center"/>
      <w:rPr>
        <w:sz w:val="18"/>
        <w:szCs w:val="18"/>
      </w:rPr>
    </w:pPr>
    <w:r w:rsidRPr="00CF54AC">
      <w:rPr>
        <w:rFonts w:eastAsiaTheme="majorEastAsia" w:cstheme="majorBidi"/>
        <w:b/>
        <w:bCs/>
        <w:sz w:val="18"/>
        <w:szCs w:val="18"/>
      </w:rPr>
      <w:t>SECRETARIA DA FAZENDA E PLANEJAMENTO</w:t>
    </w:r>
    <w:r w:rsidRPr="00CF54AC">
      <w:rPr>
        <w:rFonts w:eastAsiaTheme="majorEastAsia" w:cstheme="majorBidi"/>
        <w:b/>
        <w:bCs/>
        <w:sz w:val="18"/>
        <w:szCs w:val="18"/>
      </w:rPr>
      <w:br/>
      <w:t>SUBSECRETARIA DA RECEITA ESTADUAL</w:t>
    </w:r>
    <w:r w:rsidRPr="00CF54AC">
      <w:rPr>
        <w:rFonts w:eastAsiaTheme="majorEastAsia" w:cstheme="majorBidi"/>
        <w:b/>
        <w:bCs/>
        <w:sz w:val="18"/>
        <w:szCs w:val="18"/>
      </w:rPr>
      <w:br/>
      <w:t>DIRETORIA GERAL EXECUTIVA DA ADMINISTRAÇÃO TRIBUTÁRIA</w:t>
    </w:r>
    <w:r w:rsidRPr="00CF54AC">
      <w:rPr>
        <w:rFonts w:eastAsiaTheme="majorEastAsia" w:cstheme="majorBidi"/>
        <w:b/>
        <w:bCs/>
        <w:sz w:val="18"/>
        <w:szCs w:val="18"/>
      </w:rPr>
      <w:br/>
      <w:t>DELEGACIA TRIBUTÁRIA DE ITCMD</w:t>
    </w:r>
    <w:r w:rsidRPr="00CF54AC">
      <w:rPr>
        <w:rFonts w:eastAsiaTheme="majorEastAsia" w:cstheme="majorBidi"/>
        <w:b/>
        <w:bCs/>
        <w:sz w:val="18"/>
        <w:szCs w:val="18"/>
      </w:rPr>
      <w:br/>
    </w:r>
    <w:r w:rsidRPr="00CF54AC">
      <w:rPr>
        <w:rFonts w:eastAsiaTheme="majorEastAsia" w:cstheme="majorBidi"/>
        <w:sz w:val="18"/>
        <w:szCs w:val="18"/>
      </w:rPr>
      <w:t xml:space="preserve">Av. Rangel Pestana, 300 - 10° </w:t>
    </w:r>
    <w:proofErr w:type="spellStart"/>
    <w:r w:rsidRPr="00CF54AC">
      <w:rPr>
        <w:rFonts w:eastAsiaTheme="majorEastAsia" w:cstheme="majorBidi"/>
        <w:sz w:val="18"/>
        <w:szCs w:val="18"/>
      </w:rPr>
      <w:t>andar</w:t>
    </w:r>
    <w:proofErr w:type="spellEnd"/>
    <w:r w:rsidRPr="00CF54AC">
      <w:rPr>
        <w:rFonts w:eastAsiaTheme="majorEastAsia" w:cstheme="majorBidi"/>
        <w:sz w:val="18"/>
        <w:szCs w:val="18"/>
      </w:rPr>
      <w:t xml:space="preserve"> – Centro – São Paulo/SP – CEP 01017-911</w:t>
    </w:r>
  </w:p>
  <w:p w14:paraId="3F5B5B43" w14:textId="77777777" w:rsidR="00CF54AC" w:rsidRDefault="00CF54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0593484">
    <w:abstractNumId w:val="8"/>
  </w:num>
  <w:num w:numId="2" w16cid:durableId="1136797183">
    <w:abstractNumId w:val="6"/>
  </w:num>
  <w:num w:numId="3" w16cid:durableId="98185253">
    <w:abstractNumId w:val="5"/>
  </w:num>
  <w:num w:numId="4" w16cid:durableId="308437475">
    <w:abstractNumId w:val="4"/>
  </w:num>
  <w:num w:numId="5" w16cid:durableId="1609460005">
    <w:abstractNumId w:val="7"/>
  </w:num>
  <w:num w:numId="6" w16cid:durableId="2089036562">
    <w:abstractNumId w:val="3"/>
  </w:num>
  <w:num w:numId="7" w16cid:durableId="937326582">
    <w:abstractNumId w:val="2"/>
  </w:num>
  <w:num w:numId="8" w16cid:durableId="1776093149">
    <w:abstractNumId w:val="1"/>
  </w:num>
  <w:num w:numId="9" w16cid:durableId="1199659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0A5"/>
    <w:rsid w:val="000768BA"/>
    <w:rsid w:val="000B09EE"/>
    <w:rsid w:val="00127C57"/>
    <w:rsid w:val="0015074B"/>
    <w:rsid w:val="00231166"/>
    <w:rsid w:val="0023657B"/>
    <w:rsid w:val="00272C48"/>
    <w:rsid w:val="0029639D"/>
    <w:rsid w:val="00323ED5"/>
    <w:rsid w:val="00326F90"/>
    <w:rsid w:val="00483DF7"/>
    <w:rsid w:val="004C4697"/>
    <w:rsid w:val="005F6160"/>
    <w:rsid w:val="006358D6"/>
    <w:rsid w:val="006577E3"/>
    <w:rsid w:val="007338A8"/>
    <w:rsid w:val="00831E0B"/>
    <w:rsid w:val="0092223A"/>
    <w:rsid w:val="00992E87"/>
    <w:rsid w:val="00AA1D8D"/>
    <w:rsid w:val="00B47730"/>
    <w:rsid w:val="00BC0A28"/>
    <w:rsid w:val="00C20DAE"/>
    <w:rsid w:val="00CB0664"/>
    <w:rsid w:val="00CF54AC"/>
    <w:rsid w:val="00D318F9"/>
    <w:rsid w:val="00E63106"/>
    <w:rsid w:val="00EA09A7"/>
    <w:rsid w:val="00EF7E77"/>
    <w:rsid w:val="00F050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C19CE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3082</Characters>
  <Application>Microsoft Office Word</Application>
  <DocSecurity>0</DocSecurity>
  <Lines>25</Lines>
  <Paragraphs>7</Paragraphs>
  <ScaleCrop>false</ScaleCrop>
  <Manager/>
  <Company/>
  <LinksUpToDate>false</LinksUpToDate>
  <CharactersWithSpaces>3645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2026-08-28T13:54:00Z</dcterms:created>
  <dcterms:modified xsi:type="dcterms:W3CDTF">2026-08-28T16:58:00Z</dcterms:modified>
  <cp:category/>
</cp:coreProperties>
</file>